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A287" w14:textId="77777777" w:rsidR="001237D4" w:rsidRPr="00120D96" w:rsidRDefault="001237D4">
      <w:pPr>
        <w:jc w:val="center"/>
        <w:rPr>
          <w:b/>
          <w:sz w:val="16"/>
          <w:szCs w:val="16"/>
          <w:lang w:val="cy-GB"/>
        </w:rPr>
      </w:pPr>
    </w:p>
    <w:p w14:paraId="5912DED9" w14:textId="0ED63276" w:rsidR="00392680" w:rsidRPr="00120D96" w:rsidRDefault="00BF09DE">
      <w:pPr>
        <w:jc w:val="center"/>
        <w:rPr>
          <w:bCs/>
          <w:sz w:val="16"/>
          <w:szCs w:val="16"/>
          <w:lang w:val="cy-GB"/>
        </w:rPr>
      </w:pPr>
      <w:r w:rsidRPr="00120D96">
        <w:rPr>
          <w:b/>
          <w:bCs/>
          <w:sz w:val="32"/>
          <w:lang w:val="cy-GB"/>
        </w:rPr>
        <w:t>Datganiad Goruchwylydd– Cyfrifoldebau o dan y Polisi Risg</w:t>
      </w:r>
      <w:r w:rsidR="001949A3">
        <w:rPr>
          <w:b/>
          <w:bCs/>
          <w:sz w:val="32"/>
          <w:lang w:val="cy-GB"/>
        </w:rPr>
        <w:t xml:space="preserve"> </w:t>
      </w:r>
      <w:r w:rsidRPr="00120D96">
        <w:rPr>
          <w:b/>
          <w:bCs/>
          <w:sz w:val="32"/>
          <w:lang w:val="cy-GB"/>
        </w:rPr>
        <w:t>Ffyrdd</w:t>
      </w:r>
    </w:p>
    <w:p w14:paraId="43FC0173" w14:textId="77777777" w:rsidR="001237D4" w:rsidRPr="00120D96" w:rsidRDefault="00000000" w:rsidP="001237D4">
      <w:pPr>
        <w:tabs>
          <w:tab w:val="left" w:pos="419"/>
        </w:tabs>
        <w:spacing w:after="0"/>
        <w:rPr>
          <w:bCs/>
          <w:sz w:val="16"/>
          <w:szCs w:val="16"/>
          <w:lang w:val="cy-GB"/>
        </w:rPr>
      </w:pPr>
      <w:r w:rsidRPr="00120D96">
        <w:rPr>
          <w:bCs/>
          <w:sz w:val="16"/>
          <w:szCs w:val="16"/>
          <w:lang w:val="cy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18A76AA0" w14:textId="77777777" w:rsidTr="00DA57D1">
        <w:tc>
          <w:tcPr>
            <w:tcW w:w="6091" w:type="dxa"/>
          </w:tcPr>
          <w:p w14:paraId="35D071B8" w14:textId="77777777" w:rsidR="00DA57D1" w:rsidRPr="00120D96" w:rsidRDefault="00000000" w:rsidP="009E1A7A">
            <w:pPr>
              <w:spacing w:after="120"/>
              <w:rPr>
                <w:lang w:val="cy-GB"/>
              </w:rPr>
            </w:pPr>
            <w:r w:rsidRPr="00120D96">
              <w:rPr>
                <w:lang w:val="cy-GB"/>
              </w:rPr>
              <w:t xml:space="preserve">Adran: </w:t>
            </w:r>
          </w:p>
        </w:tc>
      </w:tr>
    </w:tbl>
    <w:p w14:paraId="69B23A3D" w14:textId="77777777" w:rsidR="00392680" w:rsidRPr="00120D96" w:rsidRDefault="00392680" w:rsidP="00730030">
      <w:pPr>
        <w:spacing w:after="0"/>
        <w:rPr>
          <w:sz w:val="12"/>
          <w:szCs w:val="1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10D55B44" w14:textId="77777777" w:rsidTr="00574D0B">
        <w:tc>
          <w:tcPr>
            <w:tcW w:w="6091" w:type="dxa"/>
          </w:tcPr>
          <w:p w14:paraId="75712640" w14:textId="4A5A93B0" w:rsidR="00574D0B" w:rsidRPr="00120D96" w:rsidRDefault="00BF09DE" w:rsidP="009E1A7A">
            <w:pPr>
              <w:spacing w:after="120"/>
              <w:rPr>
                <w:lang w:val="cy-GB"/>
              </w:rPr>
            </w:pPr>
            <w:r w:rsidRPr="00120D96">
              <w:rPr>
                <w:lang w:val="cy-GB"/>
              </w:rPr>
              <w:t>Cyfeirnod y Polisi:       Polisi Risg</w:t>
            </w:r>
            <w:r w:rsidR="001949A3">
              <w:rPr>
                <w:lang w:val="cy-GB"/>
              </w:rPr>
              <w:t xml:space="preserve"> </w:t>
            </w:r>
            <w:r w:rsidRPr="00120D96">
              <w:rPr>
                <w:lang w:val="cy-GB"/>
              </w:rPr>
              <w:t>Ffyrdd</w:t>
            </w:r>
          </w:p>
        </w:tc>
      </w:tr>
    </w:tbl>
    <w:p w14:paraId="641AF679" w14:textId="77777777" w:rsidR="00392680" w:rsidRPr="00120D96" w:rsidRDefault="00392680" w:rsidP="00730030">
      <w:pPr>
        <w:spacing w:after="0"/>
        <w:rPr>
          <w:sz w:val="12"/>
          <w:szCs w:val="1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1DF2A52F" w14:textId="77777777" w:rsidTr="00574D0B">
        <w:tc>
          <w:tcPr>
            <w:tcW w:w="6091" w:type="dxa"/>
          </w:tcPr>
          <w:p w14:paraId="796E77B0" w14:textId="77777777" w:rsidR="00574D0B" w:rsidRPr="00120D96" w:rsidRDefault="00000000" w:rsidP="009E1A7A">
            <w:pPr>
              <w:spacing w:after="120"/>
              <w:rPr>
                <w:lang w:val="cy-GB"/>
              </w:rPr>
            </w:pPr>
            <w:r w:rsidRPr="00120D96">
              <w:rPr>
                <w:lang w:val="cy-GB"/>
              </w:rPr>
              <w:t>Enw:</w:t>
            </w:r>
          </w:p>
        </w:tc>
      </w:tr>
    </w:tbl>
    <w:p w14:paraId="00B7B480" w14:textId="77777777" w:rsidR="00392680" w:rsidRPr="00120D96" w:rsidRDefault="00392680" w:rsidP="00730030">
      <w:pPr>
        <w:spacing w:after="0"/>
        <w:rPr>
          <w:sz w:val="12"/>
          <w:szCs w:val="1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2C02C85E" w14:textId="77777777" w:rsidTr="00574D0B">
        <w:tc>
          <w:tcPr>
            <w:tcW w:w="6091" w:type="dxa"/>
          </w:tcPr>
          <w:p w14:paraId="22943D5C" w14:textId="77777777" w:rsidR="00574D0B" w:rsidRPr="00120D96" w:rsidRDefault="00000000" w:rsidP="009E1A7A">
            <w:pPr>
              <w:spacing w:after="120"/>
              <w:rPr>
                <w:lang w:val="cy-GB"/>
              </w:rPr>
            </w:pPr>
            <w:r w:rsidRPr="00120D96">
              <w:rPr>
                <w:lang w:val="cy-GB"/>
              </w:rPr>
              <w:t>Teitl Swydd:</w:t>
            </w:r>
          </w:p>
        </w:tc>
      </w:tr>
    </w:tbl>
    <w:p w14:paraId="01CD8A3E" w14:textId="77777777" w:rsidR="00392680" w:rsidRPr="00120D96" w:rsidRDefault="00392680" w:rsidP="00730030">
      <w:pPr>
        <w:spacing w:after="0"/>
        <w:rPr>
          <w:sz w:val="12"/>
          <w:szCs w:val="1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54C0C495" w14:textId="77777777" w:rsidTr="00574D0B">
        <w:tc>
          <w:tcPr>
            <w:tcW w:w="6091" w:type="dxa"/>
          </w:tcPr>
          <w:p w14:paraId="453D1E50" w14:textId="77777777" w:rsidR="00574D0B" w:rsidRPr="00120D96" w:rsidRDefault="00000000" w:rsidP="009E1A7A">
            <w:pPr>
              <w:spacing w:after="120"/>
              <w:rPr>
                <w:lang w:val="cy-GB"/>
              </w:rPr>
            </w:pPr>
            <w:r w:rsidRPr="00120D96">
              <w:rPr>
                <w:lang w:val="cy-GB"/>
              </w:rPr>
              <w:t>Rhif Gweithiwr:</w:t>
            </w:r>
          </w:p>
        </w:tc>
      </w:tr>
    </w:tbl>
    <w:p w14:paraId="0242754E" w14:textId="77777777" w:rsidR="00392680" w:rsidRPr="00120D96" w:rsidRDefault="00392680" w:rsidP="00730030">
      <w:pPr>
        <w:spacing w:after="0"/>
        <w:rPr>
          <w:sz w:val="12"/>
          <w:szCs w:val="1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733B0B" w:rsidRPr="00120D96" w14:paraId="31464863" w14:textId="77777777" w:rsidTr="00574D0B">
        <w:tc>
          <w:tcPr>
            <w:tcW w:w="6091" w:type="dxa"/>
          </w:tcPr>
          <w:p w14:paraId="4A9AD766" w14:textId="77777777" w:rsidR="00574D0B" w:rsidRPr="00120D96" w:rsidRDefault="00000000" w:rsidP="009E1A7A">
            <w:pPr>
              <w:spacing w:after="120"/>
              <w:rPr>
                <w:sz w:val="16"/>
                <w:szCs w:val="16"/>
                <w:lang w:val="cy-GB"/>
              </w:rPr>
            </w:pPr>
            <w:r w:rsidRPr="00120D96">
              <w:rPr>
                <w:lang w:val="cy-GB"/>
              </w:rPr>
              <w:t>Dyddiad:</w:t>
            </w:r>
          </w:p>
        </w:tc>
      </w:tr>
    </w:tbl>
    <w:p w14:paraId="7053D0C2" w14:textId="77777777" w:rsidR="001237D4" w:rsidRPr="00120D96" w:rsidRDefault="001237D4" w:rsidP="001237D4">
      <w:pPr>
        <w:spacing w:after="0"/>
        <w:rPr>
          <w:sz w:val="16"/>
          <w:szCs w:val="16"/>
          <w:lang w:val="cy-GB"/>
        </w:rPr>
      </w:pPr>
    </w:p>
    <w:p w14:paraId="5A7C97AA" w14:textId="77777777" w:rsidR="00392680" w:rsidRPr="00120D96" w:rsidRDefault="00000000" w:rsidP="0012509E">
      <w:pPr>
        <w:spacing w:after="40"/>
        <w:rPr>
          <w:lang w:val="cy-GB"/>
        </w:rPr>
      </w:pPr>
      <w:r w:rsidRPr="00120D96">
        <w:rPr>
          <w:b/>
          <w:bCs/>
          <w:lang w:val="cy-GB"/>
        </w:rPr>
        <w:t xml:space="preserve">Datganiad </w:t>
      </w:r>
    </w:p>
    <w:p w14:paraId="2A253339" w14:textId="434ABCB4" w:rsidR="00BF09DE" w:rsidRPr="00120D96" w:rsidRDefault="00BF09DE" w:rsidP="008A071A">
      <w:pPr>
        <w:spacing w:after="40"/>
        <w:rPr>
          <w:color w:val="000000" w:themeColor="text1"/>
          <w:lang w:val="cy-GB"/>
        </w:rPr>
      </w:pPr>
      <w:r w:rsidRPr="00120D96">
        <w:rPr>
          <w:lang w:val="cy-GB"/>
        </w:rPr>
        <w:t>Rwy</w:t>
      </w:r>
      <w:r w:rsidR="008A7221">
        <w:rPr>
          <w:lang w:val="cy-GB"/>
        </w:rPr>
        <w:t>’</w:t>
      </w:r>
      <w:r w:rsidRPr="00120D96">
        <w:rPr>
          <w:lang w:val="cy-GB"/>
        </w:rPr>
        <w:t>n cadarnhau fy mod wedi darllen fy nghyfrifoldebau fel Goruchwyliwr/Rheolwr Llinell o dan y Polisi Risg</w:t>
      </w:r>
      <w:r w:rsidR="001949A3">
        <w:rPr>
          <w:lang w:val="cy-GB"/>
        </w:rPr>
        <w:t xml:space="preserve"> </w:t>
      </w:r>
      <w:r w:rsidRPr="00120D96">
        <w:rPr>
          <w:lang w:val="cy-GB"/>
        </w:rPr>
        <w:t>Ffyrdd, a</w:t>
      </w:r>
      <w:r w:rsidR="003A69AF">
        <w:rPr>
          <w:lang w:val="cy-GB"/>
        </w:rPr>
        <w:t>c</w:t>
      </w:r>
      <w:r w:rsidRPr="00120D96">
        <w:rPr>
          <w:lang w:val="cy-GB"/>
        </w:rPr>
        <w:t xml:space="preserve"> fel a ganlyn, wedi eu deall ac yn eu derbyn:</w:t>
      </w:r>
    </w:p>
    <w:p w14:paraId="592DEF90" w14:textId="77777777" w:rsidR="0012509E" w:rsidRPr="00120D96" w:rsidRDefault="0012509E" w:rsidP="0012509E">
      <w:pPr>
        <w:spacing w:after="0"/>
        <w:rPr>
          <w:color w:val="000000" w:themeColor="text1"/>
          <w:lang w:val="cy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33B0B" w:rsidRPr="00120D96" w14:paraId="53F33540" w14:textId="77777777" w:rsidTr="007B3F7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4C4B57" w14:textId="3F5364E5" w:rsidR="00022478" w:rsidRPr="00120D96" w:rsidRDefault="00BF09DE" w:rsidP="005A2E7E">
            <w:pPr>
              <w:spacing w:after="0"/>
              <w:rPr>
                <w:b/>
                <w:bCs/>
                <w:lang w:val="cy-GB"/>
              </w:rPr>
            </w:pPr>
            <w:r w:rsidRPr="00120D96">
              <w:rPr>
                <w:b/>
                <w:bCs/>
                <w:lang w:val="cy-GB"/>
              </w:rPr>
              <w:t>Rheoli Gyrwyr</w:t>
            </w:r>
          </w:p>
        </w:tc>
      </w:tr>
      <w:tr w:rsidR="00BF09DE" w:rsidRPr="00120D96" w14:paraId="403B188A" w14:textId="77777777" w:rsidTr="004D11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C8D032" w14:textId="5D8F3FF4" w:rsidR="00BF09DE" w:rsidRPr="00120D96" w:rsidRDefault="00BF09DE" w:rsidP="00BF09DE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Rhaid i staff sy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n cyflawni dyletswyddau gyrru gydymffurfio â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Llawlyfr Gyrw</w:t>
            </w:r>
            <w:r w:rsidR="001949A3">
              <w:rPr>
                <w:color w:val="000000" w:themeColor="text1"/>
                <w:lang w:val="cy-GB"/>
              </w:rPr>
              <w:t>y</w:t>
            </w:r>
            <w:r w:rsidRPr="00120D96">
              <w:rPr>
                <w:color w:val="000000" w:themeColor="text1"/>
                <w:lang w:val="cy-GB"/>
              </w:rPr>
              <w:t>r a dylid rheoli unrhyw achosion o ddiffyg cydymffurfiaeth drwy Fframwaith Cydymffurfio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Llawlyfr Gyrw</w:t>
            </w:r>
            <w:r w:rsidR="001949A3">
              <w:rPr>
                <w:color w:val="000000" w:themeColor="text1"/>
                <w:lang w:val="cy-GB"/>
              </w:rPr>
              <w:t>y</w:t>
            </w:r>
            <w:r w:rsidRPr="00120D96">
              <w:rPr>
                <w:color w:val="000000" w:themeColor="text1"/>
                <w:lang w:val="cy-GB"/>
              </w:rPr>
              <w:t>r.</w:t>
            </w:r>
          </w:p>
          <w:p w14:paraId="11473CBD" w14:textId="6627D049" w:rsidR="00BF09DE" w:rsidRPr="00120D96" w:rsidRDefault="00BF09DE" w:rsidP="00BF09DE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Mae gan weithwyr y drwydded yrru/trwyddedau gyrru priodol, mae ganddynt gymwysterau digonol ac maent wedi cael eu hyfforddi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n ddigonol cyn y caiff unrhyw weithgarwch gyrru ei aseinio iddynt (gan gynnwys staff dros dr</w:t>
            </w:r>
            <w:r w:rsidR="00D750CD" w:rsidRPr="00120D96">
              <w:rPr>
                <w:color w:val="000000" w:themeColor="text1"/>
                <w:lang w:val="cy-GB"/>
              </w:rPr>
              <w:t>o/</w:t>
            </w:r>
            <w:r w:rsidRPr="00120D96">
              <w:rPr>
                <w:color w:val="000000" w:themeColor="text1"/>
                <w:lang w:val="cy-GB"/>
              </w:rPr>
              <w:t>asiantaeth).</w:t>
            </w:r>
          </w:p>
          <w:p w14:paraId="5EFA6879" w14:textId="04300668" w:rsidR="007443CB" w:rsidRPr="00120D96" w:rsidRDefault="00BF09DE" w:rsidP="007443CB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Sicrh</w:t>
            </w:r>
            <w:r w:rsidR="003D480F" w:rsidRPr="00120D96">
              <w:rPr>
                <w:color w:val="000000" w:themeColor="text1"/>
                <w:lang w:val="cy-GB"/>
              </w:rPr>
              <w:t>au</w:t>
            </w:r>
            <w:r w:rsidR="006F7958" w:rsidRPr="00120D96">
              <w:rPr>
                <w:color w:val="000000" w:themeColor="text1"/>
                <w:lang w:val="cy-GB"/>
              </w:rPr>
              <w:t xml:space="preserve"> </w:t>
            </w:r>
            <w:r w:rsidR="003D480F" w:rsidRPr="00120D96">
              <w:rPr>
                <w:color w:val="000000" w:themeColor="text1"/>
                <w:lang w:val="cy-GB"/>
              </w:rPr>
              <w:t>b</w:t>
            </w:r>
            <w:r w:rsidRPr="00120D96">
              <w:rPr>
                <w:color w:val="000000" w:themeColor="text1"/>
                <w:lang w:val="cy-GB"/>
              </w:rPr>
              <w:t>od hawl i yrru a</w:t>
            </w:r>
            <w:r w:rsidR="007443CB" w:rsidRPr="00120D96">
              <w:rPr>
                <w:color w:val="000000" w:themeColor="text1"/>
                <w:lang w:val="cy-GB"/>
              </w:rPr>
              <w:t xml:space="preserve">c achosion o dor rheolau yn ymwneud â </w:t>
            </w:r>
            <w:r w:rsidRPr="00120D96">
              <w:rPr>
                <w:color w:val="000000" w:themeColor="text1"/>
                <w:lang w:val="cy-GB"/>
              </w:rPr>
              <w:t>gyrru a nodwyd drwy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gwiriad trwydded yrru yn cael eu gweithredu a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 xml:space="preserve">u </w:t>
            </w:r>
            <w:r w:rsidR="007443CB" w:rsidRPr="00120D96">
              <w:rPr>
                <w:color w:val="000000" w:themeColor="text1"/>
                <w:lang w:val="cy-GB"/>
              </w:rPr>
              <w:t>trafod</w:t>
            </w:r>
            <w:r w:rsidRPr="00120D96">
              <w:rPr>
                <w:color w:val="000000" w:themeColor="text1"/>
                <w:lang w:val="cy-GB"/>
              </w:rPr>
              <w:t xml:space="preserve">. Pan </w:t>
            </w:r>
            <w:proofErr w:type="spellStart"/>
            <w:r w:rsidR="007443CB" w:rsidRPr="00120D96">
              <w:rPr>
                <w:color w:val="000000" w:themeColor="text1"/>
                <w:lang w:val="cy-GB"/>
              </w:rPr>
              <w:t>ddirymir</w:t>
            </w:r>
            <w:proofErr w:type="spellEnd"/>
            <w:r w:rsidR="007443CB" w:rsidRPr="00120D96">
              <w:rPr>
                <w:color w:val="000000" w:themeColor="text1"/>
                <w:lang w:val="cy-GB"/>
              </w:rPr>
              <w:t xml:space="preserve"> neu atelir </w:t>
            </w:r>
            <w:r w:rsidRPr="00120D96">
              <w:rPr>
                <w:color w:val="000000" w:themeColor="text1"/>
                <w:lang w:val="cy-GB"/>
              </w:rPr>
              <w:t xml:space="preserve">trwydded </w:t>
            </w:r>
            <w:r w:rsidR="007443CB" w:rsidRPr="00120D96">
              <w:rPr>
                <w:color w:val="000000" w:themeColor="text1"/>
                <w:lang w:val="cy-GB"/>
              </w:rPr>
              <w:t>gyrrwr</w:t>
            </w:r>
            <w:r w:rsidRPr="00120D96">
              <w:rPr>
                <w:color w:val="000000" w:themeColor="text1"/>
                <w:lang w:val="cy-GB"/>
              </w:rPr>
              <w:t>, dylid eu tynnu oddi ar ddyletswyddau gyrru</w:t>
            </w:r>
            <w:r w:rsidR="007443CB" w:rsidRPr="00120D96">
              <w:rPr>
                <w:color w:val="000000" w:themeColor="text1"/>
                <w:lang w:val="cy-GB"/>
              </w:rPr>
              <w:t xml:space="preserve"> ar unwaith</w:t>
            </w:r>
            <w:r w:rsidRPr="00120D96">
              <w:rPr>
                <w:color w:val="000000" w:themeColor="text1"/>
                <w:lang w:val="cy-GB"/>
              </w:rPr>
              <w:t>.</w:t>
            </w:r>
          </w:p>
          <w:p w14:paraId="40350E73" w14:textId="5F55F0A6" w:rsidR="007443CB" w:rsidRPr="00120D96" w:rsidRDefault="007443CB" w:rsidP="007443CB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D</w:t>
            </w:r>
            <w:r w:rsidR="003D480F" w:rsidRPr="00120D96">
              <w:rPr>
                <w:color w:val="000000" w:themeColor="text1"/>
                <w:lang w:val="cy-GB"/>
              </w:rPr>
              <w:t>od</w:t>
            </w:r>
            <w:r w:rsidRPr="00120D96">
              <w:rPr>
                <w:color w:val="000000" w:themeColor="text1"/>
                <w:lang w:val="cy-GB"/>
              </w:rPr>
              <w:t xml:space="preserve"> i gysw</w:t>
            </w:r>
            <w:r w:rsidR="00BF09DE" w:rsidRPr="00120D96">
              <w:rPr>
                <w:color w:val="000000" w:themeColor="text1"/>
                <w:lang w:val="cy-GB"/>
              </w:rPr>
              <w:t>llt â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="00BF09DE" w:rsidRPr="00120D96">
              <w:rPr>
                <w:color w:val="000000" w:themeColor="text1"/>
                <w:lang w:val="cy-GB"/>
              </w:rPr>
              <w:t xml:space="preserve">r Fflyd i ymchwilio i Hysbysiadau o </w:t>
            </w:r>
            <w:r w:rsidRPr="00120D96">
              <w:rPr>
                <w:color w:val="000000" w:themeColor="text1"/>
                <w:lang w:val="cy-GB"/>
              </w:rPr>
              <w:t xml:space="preserve">Fwriad i </w:t>
            </w:r>
            <w:r w:rsidR="00BF09DE" w:rsidRPr="00120D96">
              <w:rPr>
                <w:color w:val="000000" w:themeColor="text1"/>
                <w:lang w:val="cy-GB"/>
              </w:rPr>
              <w:t xml:space="preserve">Erlyn, Hysbysiadau Tâl Cosb a </w:t>
            </w:r>
            <w:proofErr w:type="spellStart"/>
            <w:r w:rsidR="00BF09DE" w:rsidRPr="00120D96">
              <w:rPr>
                <w:color w:val="000000" w:themeColor="text1"/>
                <w:lang w:val="cy-GB"/>
              </w:rPr>
              <w:t>ch</w:t>
            </w:r>
            <w:r w:rsidRPr="00120D96">
              <w:rPr>
                <w:color w:val="000000" w:themeColor="text1"/>
                <w:lang w:val="cy-GB"/>
              </w:rPr>
              <w:t>ŵynion</w:t>
            </w:r>
            <w:proofErr w:type="spellEnd"/>
            <w:r w:rsidRPr="00120D96">
              <w:rPr>
                <w:color w:val="000000" w:themeColor="text1"/>
                <w:lang w:val="cy-GB"/>
              </w:rPr>
              <w:t xml:space="preserve"> gan </w:t>
            </w:r>
            <w:r w:rsidR="00BF09DE" w:rsidRPr="00120D96">
              <w:rPr>
                <w:color w:val="000000" w:themeColor="text1"/>
                <w:lang w:val="cy-GB"/>
              </w:rPr>
              <w:t>yrwyr.</w:t>
            </w:r>
          </w:p>
          <w:p w14:paraId="130B7283" w14:textId="6DFB1FE3" w:rsidR="00BF09DE" w:rsidRPr="00120D96" w:rsidRDefault="00BF09DE" w:rsidP="007443CB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Sicrh</w:t>
            </w:r>
            <w:r w:rsidR="003D480F" w:rsidRPr="00120D96">
              <w:rPr>
                <w:color w:val="000000" w:themeColor="text1"/>
                <w:lang w:val="cy-GB"/>
              </w:rPr>
              <w:t>au</w:t>
            </w:r>
            <w:r w:rsidRPr="00120D96">
              <w:rPr>
                <w:color w:val="000000" w:themeColor="text1"/>
                <w:lang w:val="cy-GB"/>
              </w:rPr>
              <w:t xml:space="preserve"> </w:t>
            </w:r>
            <w:r w:rsidR="003D480F" w:rsidRPr="00120D96">
              <w:rPr>
                <w:color w:val="000000" w:themeColor="text1"/>
                <w:lang w:val="cy-GB"/>
              </w:rPr>
              <w:t>b</w:t>
            </w:r>
            <w:r w:rsidRPr="00120D96">
              <w:rPr>
                <w:color w:val="000000" w:themeColor="text1"/>
                <w:lang w:val="cy-GB"/>
              </w:rPr>
              <w:t xml:space="preserve">od staff yn </w:t>
            </w:r>
            <w:r w:rsidR="007443CB" w:rsidRPr="00120D96">
              <w:rPr>
                <w:color w:val="000000" w:themeColor="text1"/>
                <w:lang w:val="cy-GB"/>
              </w:rPr>
              <w:t>llenwi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="007443CB" w:rsidRPr="00120D96">
              <w:rPr>
                <w:color w:val="000000" w:themeColor="text1"/>
                <w:lang w:val="cy-GB"/>
              </w:rPr>
              <w:t xml:space="preserve">r </w:t>
            </w:r>
            <w:r w:rsidRPr="00120D96">
              <w:rPr>
                <w:color w:val="000000" w:themeColor="text1"/>
                <w:lang w:val="cy-GB"/>
              </w:rPr>
              <w:t xml:space="preserve">datganiad gyrrwr cyn </w:t>
            </w:r>
            <w:r w:rsidR="003D480F" w:rsidRPr="00120D96">
              <w:rPr>
                <w:color w:val="000000" w:themeColor="text1"/>
                <w:lang w:val="cy-GB"/>
              </w:rPr>
              <w:t xml:space="preserve">unrhyw </w:t>
            </w:r>
            <w:r w:rsidRPr="00120D96">
              <w:rPr>
                <w:color w:val="000000" w:themeColor="text1"/>
                <w:lang w:val="cy-GB"/>
              </w:rPr>
              <w:t>weithgar</w:t>
            </w:r>
            <w:r w:rsidR="007443CB" w:rsidRPr="00120D96">
              <w:rPr>
                <w:color w:val="000000" w:themeColor="text1"/>
                <w:lang w:val="cy-GB"/>
              </w:rPr>
              <w:t>wch</w:t>
            </w:r>
            <w:r w:rsidRPr="00120D96">
              <w:rPr>
                <w:color w:val="000000" w:themeColor="text1"/>
                <w:lang w:val="cy-GB"/>
              </w:rPr>
              <w:t xml:space="preserve"> gyrru </w:t>
            </w:r>
            <w:r w:rsidR="007443CB" w:rsidRPr="00120D96">
              <w:rPr>
                <w:color w:val="000000" w:themeColor="text1"/>
                <w:lang w:val="cy-GB"/>
              </w:rPr>
              <w:t>ar f</w:t>
            </w:r>
            <w:r w:rsidRPr="00120D96">
              <w:rPr>
                <w:color w:val="000000" w:themeColor="text1"/>
                <w:lang w:val="cy-GB"/>
              </w:rPr>
              <w:t>usnes. Mae hyn yn ofynnol bob 12 mis neu cyn unrhyw gyfnod o yrru ar gyfer staff achlysurol a dros dro.</w:t>
            </w:r>
          </w:p>
          <w:p w14:paraId="690D59CE" w14:textId="54C4D52E" w:rsidR="00BF09DE" w:rsidRPr="00120D96" w:rsidRDefault="003D480F" w:rsidP="004D1191">
            <w:pPr>
              <w:pStyle w:val="ListParagraph"/>
              <w:numPr>
                <w:ilvl w:val="0"/>
                <w:numId w:val="10"/>
              </w:numPr>
              <w:spacing w:after="40"/>
              <w:rPr>
                <w:lang w:val="cy-GB"/>
              </w:rPr>
            </w:pPr>
            <w:r w:rsidRPr="00120D96">
              <w:rPr>
                <w:lang w:val="cy-GB"/>
              </w:rPr>
              <w:t>Rhaid c</w:t>
            </w:r>
            <w:r w:rsidR="00BF09DE" w:rsidRPr="00120D96">
              <w:rPr>
                <w:lang w:val="cy-GB"/>
              </w:rPr>
              <w:t xml:space="preserve">ynnal gwiriadau golwg ar </w:t>
            </w:r>
            <w:r w:rsidR="007443CB" w:rsidRPr="00120D96">
              <w:rPr>
                <w:lang w:val="cy-GB"/>
              </w:rPr>
              <w:t>gyfer g</w:t>
            </w:r>
            <w:r w:rsidR="00BF09DE" w:rsidRPr="00120D96">
              <w:rPr>
                <w:lang w:val="cy-GB"/>
              </w:rPr>
              <w:t>yrwyr yn unol â</w:t>
            </w:r>
            <w:r w:rsidR="008A7221">
              <w:rPr>
                <w:lang w:val="cy-GB"/>
              </w:rPr>
              <w:t>’</w:t>
            </w:r>
            <w:r w:rsidR="00BF09DE" w:rsidRPr="00120D96">
              <w:rPr>
                <w:lang w:val="cy-GB"/>
              </w:rPr>
              <w:t>r Polisi Gwirio Golwg Gyrwyr.</w:t>
            </w:r>
          </w:p>
        </w:tc>
      </w:tr>
    </w:tbl>
    <w:p w14:paraId="362944C5" w14:textId="77777777" w:rsidR="00BF09DE" w:rsidRPr="00120D96" w:rsidRDefault="00BF09DE" w:rsidP="00BF09DE">
      <w:pPr>
        <w:spacing w:after="0"/>
        <w:rPr>
          <w:color w:val="000000" w:themeColor="text1"/>
          <w:lang w:val="cy-GB"/>
        </w:rPr>
      </w:pPr>
    </w:p>
    <w:p w14:paraId="09BAED61" w14:textId="77777777" w:rsidR="000B2BF2" w:rsidRPr="00120D96" w:rsidRDefault="000B2BF2" w:rsidP="00A22A2D">
      <w:pPr>
        <w:spacing w:after="0"/>
        <w:rPr>
          <w:color w:val="000000" w:themeColor="text1"/>
          <w:lang w:val="cy-GB"/>
        </w:rPr>
      </w:pPr>
    </w:p>
    <w:p w14:paraId="51EA4EAC" w14:textId="77777777" w:rsidR="003D480F" w:rsidRPr="00120D96" w:rsidRDefault="003D480F" w:rsidP="00A22A2D">
      <w:pPr>
        <w:spacing w:after="0"/>
        <w:rPr>
          <w:color w:val="000000" w:themeColor="text1"/>
          <w:lang w:val="cy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33B0B" w:rsidRPr="00120D96" w14:paraId="7616E622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3151AB" w14:textId="16ED36C1" w:rsidR="004C52CA" w:rsidRPr="00120D96" w:rsidRDefault="00000000" w:rsidP="000B2BF2">
            <w:pPr>
              <w:spacing w:after="0"/>
              <w:rPr>
                <w:b/>
                <w:bCs/>
                <w:lang w:val="cy-GB"/>
              </w:rPr>
            </w:pPr>
            <w:r w:rsidRPr="00120D96">
              <w:rPr>
                <w:b/>
                <w:bCs/>
                <w:lang w:val="cy-GB"/>
              </w:rPr>
              <w:lastRenderedPageBreak/>
              <w:t>Ases</w:t>
            </w:r>
            <w:r w:rsidR="003D480F" w:rsidRPr="00120D96">
              <w:rPr>
                <w:b/>
                <w:bCs/>
                <w:lang w:val="cy-GB"/>
              </w:rPr>
              <w:t xml:space="preserve">u </w:t>
            </w:r>
            <w:r w:rsidRPr="00120D96">
              <w:rPr>
                <w:b/>
                <w:bCs/>
                <w:lang w:val="cy-GB"/>
              </w:rPr>
              <w:t>Risg</w:t>
            </w:r>
            <w:r w:rsidR="003D480F" w:rsidRPr="00120D96">
              <w:rPr>
                <w:b/>
                <w:bCs/>
                <w:lang w:val="cy-GB"/>
              </w:rPr>
              <w:t>iau</w:t>
            </w:r>
          </w:p>
        </w:tc>
      </w:tr>
      <w:tr w:rsidR="00733B0B" w:rsidRPr="00120D96" w14:paraId="58D6F54C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879E76" w14:textId="010D37F1" w:rsidR="004C52CA" w:rsidRPr="00120D96" w:rsidRDefault="007443CB" w:rsidP="000B2BF2">
            <w:pPr>
              <w:pStyle w:val="ListBullet"/>
              <w:numPr>
                <w:ilvl w:val="0"/>
                <w:numId w:val="10"/>
              </w:numPr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 xml:space="preserve">Cwblhawyd asesiad risg addas a System Weithio Ddiogel </w:t>
            </w:r>
            <w:r w:rsidR="0009413C">
              <w:rPr>
                <w:color w:val="000000" w:themeColor="text1"/>
                <w:lang w:val="cy-GB"/>
              </w:rPr>
              <w:t>ac maent</w:t>
            </w:r>
            <w:r w:rsidRPr="00120D96">
              <w:rPr>
                <w:color w:val="000000" w:themeColor="text1"/>
                <w:lang w:val="cy-GB"/>
              </w:rPr>
              <w:t xml:space="preserve"> ar waith ar gyfer y rôl yrru a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cerbyd sy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n cael ei ddefnyddio ac wedi cael eu cyfathrebu â phob ael</w:t>
            </w:r>
            <w:r w:rsidRPr="00120D96">
              <w:rPr>
                <w:lang w:val="cy-GB"/>
              </w:rPr>
              <w:t xml:space="preserve">od </w:t>
            </w:r>
            <w:r w:rsidRPr="00120D96">
              <w:rPr>
                <w:color w:val="000000" w:themeColor="text1"/>
                <w:lang w:val="cy-GB"/>
              </w:rPr>
              <w:t>perthnasol o staff.</w:t>
            </w:r>
          </w:p>
        </w:tc>
      </w:tr>
    </w:tbl>
    <w:p w14:paraId="498D5C0B" w14:textId="77777777" w:rsidR="00022478" w:rsidRPr="00120D96" w:rsidRDefault="00022478" w:rsidP="000221AB">
      <w:pPr>
        <w:rPr>
          <w:color w:val="000000" w:themeColor="text1"/>
          <w:lang w:val="cy-GB"/>
        </w:rPr>
      </w:pPr>
    </w:p>
    <w:p w14:paraId="4F11005D" w14:textId="77777777" w:rsidR="00810345" w:rsidRPr="00120D96" w:rsidRDefault="00810345" w:rsidP="000221AB">
      <w:pPr>
        <w:rPr>
          <w:color w:val="000000" w:themeColor="text1"/>
          <w:lang w:val="cy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33B0B" w:rsidRPr="00120D96" w14:paraId="12420BF1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47DEFA" w14:textId="75ABCEBB" w:rsidR="00E42D2B" w:rsidRPr="00120D96" w:rsidRDefault="007443CB" w:rsidP="000B2BF2">
            <w:pPr>
              <w:spacing w:after="0"/>
              <w:rPr>
                <w:b/>
                <w:bCs/>
                <w:lang w:val="cy-GB"/>
              </w:rPr>
            </w:pPr>
            <w:r w:rsidRPr="00120D96">
              <w:rPr>
                <w:b/>
                <w:bCs/>
                <w:lang w:val="cy-GB"/>
              </w:rPr>
              <w:t>Dioge</w:t>
            </w:r>
            <w:r w:rsidRPr="00120D96">
              <w:rPr>
                <w:b/>
                <w:bCs/>
                <w:color w:val="000000" w:themeColor="text1"/>
                <w:lang w:val="cy-GB"/>
              </w:rPr>
              <w:t>lwch Cerbyd</w:t>
            </w:r>
            <w:r w:rsidR="009725E6" w:rsidRPr="00120D96">
              <w:rPr>
                <w:b/>
                <w:bCs/>
                <w:color w:val="000000" w:themeColor="text1"/>
                <w:lang w:val="cy-GB"/>
              </w:rPr>
              <w:t>au</w:t>
            </w:r>
          </w:p>
        </w:tc>
      </w:tr>
      <w:tr w:rsidR="00733B0B" w:rsidRPr="00120D96" w14:paraId="6E7B9A76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5564A" w14:textId="632DD16C" w:rsidR="009725E6" w:rsidRPr="00120D96" w:rsidRDefault="007443CB" w:rsidP="009725E6">
            <w:pPr>
              <w:pStyle w:val="ListBullet"/>
              <w:numPr>
                <w:ilvl w:val="0"/>
                <w:numId w:val="10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Mae cerbydau, offer a chyfarpar yn cael eu gwirio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 xml:space="preserve">n briodol gan yrwyr cyn </w:t>
            </w:r>
            <w:r w:rsidR="009725E6" w:rsidRPr="00120D96">
              <w:rPr>
                <w:color w:val="000000" w:themeColor="text1"/>
                <w:lang w:val="cy-GB"/>
              </w:rPr>
              <w:t xml:space="preserve">eu </w:t>
            </w:r>
            <w:r w:rsidRPr="00120D96">
              <w:rPr>
                <w:color w:val="000000" w:themeColor="text1"/>
                <w:lang w:val="cy-GB"/>
              </w:rPr>
              <w:t>gweithredu</w:t>
            </w:r>
            <w:r w:rsidR="003D480F" w:rsidRPr="00120D96">
              <w:rPr>
                <w:color w:val="000000" w:themeColor="text1"/>
                <w:lang w:val="cy-GB"/>
              </w:rPr>
              <w:t>,</w:t>
            </w:r>
            <w:r w:rsidRPr="00120D96">
              <w:rPr>
                <w:color w:val="000000" w:themeColor="text1"/>
                <w:lang w:val="cy-GB"/>
              </w:rPr>
              <w:t xml:space="preserve"> trwy </w:t>
            </w:r>
            <w:r w:rsidR="009725E6" w:rsidRPr="00120D96">
              <w:rPr>
                <w:color w:val="000000" w:themeColor="text1"/>
                <w:lang w:val="cy-GB"/>
              </w:rPr>
              <w:t>g</w:t>
            </w:r>
            <w:r w:rsidRPr="00120D96">
              <w:rPr>
                <w:color w:val="000000" w:themeColor="text1"/>
                <w:lang w:val="cy-GB"/>
              </w:rPr>
              <w:t xml:space="preserve">erdded o gwmpas </w:t>
            </w:r>
            <w:r w:rsidR="009725E6" w:rsidRPr="00120D96">
              <w:rPr>
                <w:color w:val="000000" w:themeColor="text1"/>
                <w:lang w:val="cy-GB"/>
              </w:rPr>
              <w:t>y cerbyd 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="009725E6" w:rsidRPr="00120D96">
              <w:rPr>
                <w:color w:val="000000" w:themeColor="text1"/>
                <w:lang w:val="cy-GB"/>
              </w:rPr>
              <w:t xml:space="preserve">w wirio </w:t>
            </w:r>
            <w:r w:rsidRPr="00120D96">
              <w:rPr>
                <w:color w:val="000000" w:themeColor="text1"/>
                <w:lang w:val="cy-GB"/>
              </w:rPr>
              <w:t>a chofnodi diffygion yn unol â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 xml:space="preserve">n Gweithdrefn </w:t>
            </w:r>
            <w:r w:rsidR="003544D0">
              <w:rPr>
                <w:color w:val="000000" w:themeColor="text1"/>
                <w:lang w:val="cy-GB"/>
              </w:rPr>
              <w:t>Rhoi Gwybod am Dd</w:t>
            </w:r>
            <w:r w:rsidRPr="00120D96">
              <w:rPr>
                <w:color w:val="000000" w:themeColor="text1"/>
                <w:lang w:val="cy-GB"/>
              </w:rPr>
              <w:t>iffygion.</w:t>
            </w:r>
          </w:p>
          <w:p w14:paraId="5A952476" w14:textId="1444AA74" w:rsidR="007443CB" w:rsidRPr="00120D96" w:rsidRDefault="007443CB" w:rsidP="009725E6">
            <w:pPr>
              <w:pStyle w:val="ListBullet"/>
              <w:numPr>
                <w:ilvl w:val="0"/>
                <w:numId w:val="10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Pan nodir diffygion sy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 xml:space="preserve">n gysylltiedig â diogelwch cerbydau, </w:t>
            </w:r>
            <w:r w:rsidR="009725E6" w:rsidRPr="00120D96">
              <w:rPr>
                <w:color w:val="000000" w:themeColor="text1"/>
                <w:lang w:val="cy-GB"/>
              </w:rPr>
              <w:t>sicrhewch f</w:t>
            </w:r>
            <w:r w:rsidRPr="00120D96">
              <w:rPr>
                <w:color w:val="000000" w:themeColor="text1"/>
                <w:lang w:val="cy-GB"/>
              </w:rPr>
              <w:t>od y cerbyd yn cael ei dynnu oddi ar y ffordd ac allan o wasanaeth ar unwaith</w:t>
            </w:r>
            <w:r w:rsidR="009725E6" w:rsidRPr="00120D96">
              <w:rPr>
                <w:color w:val="000000" w:themeColor="text1"/>
                <w:lang w:val="cy-GB"/>
              </w:rPr>
              <w:t>,</w:t>
            </w:r>
            <w:r w:rsidRPr="00120D96">
              <w:rPr>
                <w:color w:val="000000" w:themeColor="text1"/>
                <w:lang w:val="cy-GB"/>
              </w:rPr>
              <w:t xml:space="preserve"> yn unol â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="009725E6" w:rsidRPr="00120D96">
              <w:rPr>
                <w:color w:val="000000" w:themeColor="text1"/>
                <w:lang w:val="cy-GB"/>
              </w:rPr>
              <w:t>r</w:t>
            </w:r>
            <w:r w:rsidRPr="00120D96">
              <w:rPr>
                <w:color w:val="000000" w:themeColor="text1"/>
                <w:lang w:val="cy-GB"/>
              </w:rPr>
              <w:t xml:space="preserve"> Polisi </w:t>
            </w:r>
            <w:r w:rsidR="009725E6" w:rsidRPr="00120D96">
              <w:rPr>
                <w:color w:val="000000" w:themeColor="text1"/>
                <w:lang w:val="cy-GB"/>
              </w:rPr>
              <w:t>Cerbydau Oddi ar y Ffordd</w:t>
            </w:r>
            <w:r w:rsidRPr="00120D96">
              <w:rPr>
                <w:color w:val="000000" w:themeColor="text1"/>
                <w:lang w:val="cy-GB"/>
              </w:rPr>
              <w:t xml:space="preserve">. </w:t>
            </w:r>
          </w:p>
          <w:p w14:paraId="1C1F0E7D" w14:textId="3F884CAC" w:rsidR="007443CB" w:rsidRPr="00120D96" w:rsidRDefault="009725E6" w:rsidP="007443CB">
            <w:pPr>
              <w:pStyle w:val="ListBullet"/>
              <w:numPr>
                <w:ilvl w:val="0"/>
                <w:numId w:val="10"/>
              </w:numPr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Sicrhau b</w:t>
            </w:r>
            <w:r w:rsidR="007443CB" w:rsidRPr="00120D96">
              <w:rPr>
                <w:color w:val="000000" w:themeColor="text1"/>
                <w:lang w:val="cy-GB"/>
              </w:rPr>
              <w:t xml:space="preserve">od cerbydau o dan eu rheolaeth yn cael eu cyflwyno </w:t>
            </w:r>
            <w:r w:rsidRPr="00120D96">
              <w:rPr>
                <w:color w:val="000000" w:themeColor="text1"/>
                <w:lang w:val="cy-GB"/>
              </w:rPr>
              <w:t>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w harchwilio ar gyfer eu gwasanaethu</w:t>
            </w:r>
            <w:r w:rsidR="007443CB" w:rsidRPr="00120D96">
              <w:rPr>
                <w:color w:val="000000" w:themeColor="text1"/>
                <w:lang w:val="cy-GB"/>
              </w:rPr>
              <w:t xml:space="preserve">, </w:t>
            </w:r>
            <w:r w:rsidRPr="00120D96">
              <w:rPr>
                <w:color w:val="000000" w:themeColor="text1"/>
                <w:lang w:val="cy-GB"/>
              </w:rPr>
              <w:t xml:space="preserve">eu </w:t>
            </w:r>
            <w:r w:rsidR="007443CB" w:rsidRPr="00120D96">
              <w:rPr>
                <w:color w:val="000000" w:themeColor="text1"/>
                <w:lang w:val="cy-GB"/>
              </w:rPr>
              <w:t>cynnal a chadw ac atgyweiri</w:t>
            </w:r>
            <w:r w:rsidRPr="00120D96">
              <w:rPr>
                <w:color w:val="000000" w:themeColor="text1"/>
                <w:lang w:val="cy-GB"/>
              </w:rPr>
              <w:t>adau</w:t>
            </w:r>
            <w:r w:rsidR="007443CB" w:rsidRPr="00120D96">
              <w:rPr>
                <w:color w:val="000000" w:themeColor="text1"/>
                <w:lang w:val="cy-GB"/>
              </w:rPr>
              <w:t xml:space="preserve"> pan fo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u</w:t>
            </w:r>
            <w:r w:rsidR="007443CB" w:rsidRPr="00120D96">
              <w:rPr>
                <w:color w:val="000000" w:themeColor="text1"/>
                <w:lang w:val="cy-GB"/>
              </w:rPr>
              <w:t xml:space="preserve"> </w:t>
            </w:r>
            <w:r w:rsidR="003D480F" w:rsidRPr="00120D96">
              <w:rPr>
                <w:color w:val="000000" w:themeColor="text1"/>
                <w:lang w:val="cy-GB"/>
              </w:rPr>
              <w:t>h</w:t>
            </w:r>
            <w:r w:rsidR="007443CB" w:rsidRPr="00120D96">
              <w:rPr>
                <w:color w:val="000000" w:themeColor="text1"/>
                <w:lang w:val="cy-GB"/>
              </w:rPr>
              <w:t>angen</w:t>
            </w:r>
            <w:r w:rsidRPr="00120D96">
              <w:rPr>
                <w:color w:val="000000" w:themeColor="text1"/>
                <w:lang w:val="cy-GB"/>
              </w:rPr>
              <w:t xml:space="preserve"> arnynt</w:t>
            </w:r>
            <w:r w:rsidR="007443CB" w:rsidRPr="00120D96">
              <w:rPr>
                <w:color w:val="000000" w:themeColor="text1"/>
                <w:lang w:val="cy-GB"/>
              </w:rPr>
              <w:t>.</w:t>
            </w:r>
          </w:p>
        </w:tc>
      </w:tr>
    </w:tbl>
    <w:p w14:paraId="16E1A4E5" w14:textId="77777777" w:rsidR="00E42D2B" w:rsidRPr="00120D96" w:rsidRDefault="00E42D2B" w:rsidP="00CE03A8">
      <w:pPr>
        <w:spacing w:after="0"/>
        <w:rPr>
          <w:color w:val="000000" w:themeColor="text1"/>
          <w:lang w:val="cy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33B0B" w:rsidRPr="00120D96" w14:paraId="5F61262C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7F9AC3" w14:textId="632365EF" w:rsidR="00A94DE7" w:rsidRPr="00120D96" w:rsidRDefault="00000000" w:rsidP="000B2BF2">
            <w:pPr>
              <w:spacing w:after="0"/>
              <w:rPr>
                <w:b/>
                <w:bCs/>
                <w:lang w:val="cy-GB"/>
              </w:rPr>
            </w:pPr>
            <w:r w:rsidRPr="00120D96">
              <w:rPr>
                <w:b/>
                <w:bCs/>
                <w:lang w:val="cy-GB"/>
              </w:rPr>
              <w:t>Tacogr</w:t>
            </w:r>
            <w:r w:rsidR="009725E6" w:rsidRPr="00120D96">
              <w:rPr>
                <w:b/>
                <w:bCs/>
                <w:lang w:val="cy-GB"/>
              </w:rPr>
              <w:t>affau ac Oriau Gyrwyr</w:t>
            </w:r>
          </w:p>
        </w:tc>
      </w:tr>
      <w:tr w:rsidR="00733B0B" w:rsidRPr="00120D96" w14:paraId="570330B1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1B3AE" w14:textId="0D30C4A5" w:rsidR="009725E6" w:rsidRPr="00120D96" w:rsidRDefault="009725E6" w:rsidP="009725E6">
            <w:pPr>
              <w:pStyle w:val="ListBullet"/>
              <w:numPr>
                <w:ilvl w:val="0"/>
                <w:numId w:val="10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proofErr w:type="spellStart"/>
            <w:r w:rsidRPr="00120D96">
              <w:rPr>
                <w:color w:val="000000" w:themeColor="text1"/>
                <w:lang w:val="cy-GB"/>
              </w:rPr>
              <w:t>Lawrlwytho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</w:t>
            </w:r>
            <w:proofErr w:type="spellEnd"/>
            <w:r w:rsidRPr="00120D96">
              <w:rPr>
                <w:color w:val="000000" w:themeColor="text1"/>
                <w:lang w:val="cy-GB"/>
              </w:rPr>
              <w:t xml:space="preserve"> holl dacograffau cerbydau bob 60 diwrnod a sicrhau bod gyrwyr yn lawrlwytho </w:t>
            </w:r>
            <w:proofErr w:type="spellStart"/>
            <w:r w:rsidRPr="00120D96">
              <w:rPr>
                <w:color w:val="000000" w:themeColor="text1"/>
                <w:lang w:val="cy-GB"/>
              </w:rPr>
              <w:t>data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u</w:t>
            </w:r>
            <w:proofErr w:type="spellEnd"/>
            <w:r w:rsidRPr="00120D96">
              <w:rPr>
                <w:color w:val="000000" w:themeColor="text1"/>
                <w:lang w:val="cy-GB"/>
              </w:rPr>
              <w:t xml:space="preserve"> cerdyn tacograff digidol bob dydd. </w:t>
            </w:r>
          </w:p>
          <w:p w14:paraId="646F7EB0" w14:textId="39BD8BA1" w:rsidR="009725E6" w:rsidRPr="00120D96" w:rsidRDefault="009725E6" w:rsidP="009725E6">
            <w:pPr>
              <w:pStyle w:val="ListBullet"/>
              <w:numPr>
                <w:ilvl w:val="0"/>
                <w:numId w:val="10"/>
              </w:numPr>
              <w:tabs>
                <w:tab w:val="num" w:pos="720"/>
              </w:tabs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>Sicrhau bod gyrwyr yn cydymffurfio â deddfwriaeth Tacograffau, Oriau Gyrwyr a Chyfarwyddeb Oriau Gwaith ar bob adeg a</w:t>
            </w:r>
            <w:r w:rsidR="003D480F" w:rsidRPr="00120D96">
              <w:rPr>
                <w:color w:val="000000" w:themeColor="text1"/>
                <w:lang w:val="cy-GB"/>
              </w:rPr>
              <w:t>,</w:t>
            </w:r>
            <w:r w:rsidRPr="00120D96">
              <w:rPr>
                <w:color w:val="000000" w:themeColor="text1"/>
                <w:lang w:val="cy-GB"/>
              </w:rPr>
              <w:t xml:space="preserve"> phan fo achosion o dorri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rheolau, rhaid cael trafodaeth gyda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gyrrwr.</w:t>
            </w:r>
          </w:p>
          <w:p w14:paraId="44644DA3" w14:textId="24EEBB2B" w:rsidR="009725E6" w:rsidRPr="00120D96" w:rsidRDefault="009725E6" w:rsidP="009725E6">
            <w:pPr>
              <w:pStyle w:val="ListBullet"/>
              <w:numPr>
                <w:ilvl w:val="0"/>
                <w:numId w:val="10"/>
              </w:numPr>
              <w:spacing w:after="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 xml:space="preserve">Sicrhau bod tacograffau cerbydau llogi yn cael eu cloi i mewn cyn dechrau </w:t>
            </w:r>
            <w:r w:rsidR="002D001C">
              <w:rPr>
                <w:color w:val="000000" w:themeColor="text1"/>
                <w:lang w:val="cy-GB"/>
              </w:rPr>
              <w:t>g</w:t>
            </w:r>
            <w:r w:rsidRPr="00120D96">
              <w:rPr>
                <w:color w:val="000000" w:themeColor="text1"/>
                <w:lang w:val="cy-GB"/>
              </w:rPr>
              <w:t>wasanaethu</w:t>
            </w:r>
          </w:p>
        </w:tc>
      </w:tr>
    </w:tbl>
    <w:p w14:paraId="306FE545" w14:textId="77777777" w:rsidR="00A94DE7" w:rsidRPr="00120D96" w:rsidRDefault="00A94DE7" w:rsidP="00CE03A8">
      <w:pPr>
        <w:spacing w:after="0"/>
        <w:rPr>
          <w:color w:val="000000" w:themeColor="text1"/>
          <w:lang w:val="cy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33B0B" w:rsidRPr="00120D96" w14:paraId="62B6324E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BB6248" w14:textId="77777777" w:rsidR="007A7766" w:rsidRPr="00120D96" w:rsidRDefault="00000000" w:rsidP="00562878">
            <w:pPr>
              <w:spacing w:after="0"/>
              <w:rPr>
                <w:b/>
                <w:bCs/>
                <w:lang w:val="cy-GB"/>
              </w:rPr>
            </w:pPr>
            <w:r w:rsidRPr="00120D96">
              <w:rPr>
                <w:b/>
                <w:bCs/>
                <w:lang w:val="cy-GB"/>
              </w:rPr>
              <w:t xml:space="preserve">Digwyddiadau </w:t>
            </w:r>
          </w:p>
        </w:tc>
      </w:tr>
      <w:tr w:rsidR="00733B0B" w:rsidRPr="00120D96" w14:paraId="6C08F625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B4C57D" w14:textId="24909B74" w:rsidR="007A7766" w:rsidRPr="00120D96" w:rsidRDefault="009725E6" w:rsidP="00562878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t xml:space="preserve">Rhaid </w:t>
            </w:r>
            <w:r w:rsidR="003544D0">
              <w:rPr>
                <w:color w:val="000000" w:themeColor="text1"/>
                <w:lang w:val="cy-GB"/>
              </w:rPr>
              <w:t>rhoi gwybod am</w:t>
            </w:r>
            <w:r w:rsidRPr="00120D96">
              <w:rPr>
                <w:color w:val="000000" w:themeColor="text1"/>
                <w:lang w:val="cy-GB"/>
              </w:rPr>
              <w:t xml:space="preserve"> unrhyw ddigwyddiad gyda cherbyd 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Fflyd/Risg gan ddefnyddio Ffurflen Hawliadau Cerbydau Modur, ynghyd â Ffurflen Friffio ar Ôl Digwyddiad wedi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i llenwi, a rhaid i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>r Rheolwy</w:t>
            </w:r>
            <w:r w:rsidR="003D480F" w:rsidRPr="00120D96">
              <w:rPr>
                <w:color w:val="000000" w:themeColor="text1"/>
                <w:lang w:val="cy-GB"/>
              </w:rPr>
              <w:t>r</w:t>
            </w:r>
            <w:r w:rsidRPr="00120D96">
              <w:rPr>
                <w:color w:val="000000" w:themeColor="text1"/>
                <w:lang w:val="cy-GB"/>
              </w:rPr>
              <w:t xml:space="preserve"> Llinell ymchwilio</w:t>
            </w:r>
            <w:r w:rsidR="008A7221">
              <w:rPr>
                <w:color w:val="000000" w:themeColor="text1"/>
                <w:lang w:val="cy-GB"/>
              </w:rPr>
              <w:t>’</w:t>
            </w:r>
            <w:r w:rsidRPr="00120D96">
              <w:rPr>
                <w:color w:val="000000" w:themeColor="text1"/>
                <w:lang w:val="cy-GB"/>
              </w:rPr>
              <w:t xml:space="preserve">n briodol. Sylwer, os oedd y digwyddiad bron â bod yn ddamwain, </w:t>
            </w:r>
            <w:r w:rsidR="00E363DB" w:rsidRPr="00120D96">
              <w:rPr>
                <w:color w:val="000000" w:themeColor="text1"/>
                <w:lang w:val="cy-GB"/>
              </w:rPr>
              <w:t xml:space="preserve">os arweiniodd at </w:t>
            </w:r>
            <w:r w:rsidRPr="00120D96">
              <w:rPr>
                <w:color w:val="000000" w:themeColor="text1"/>
                <w:lang w:val="cy-GB"/>
              </w:rPr>
              <w:t xml:space="preserve">anaf neu </w:t>
            </w:r>
            <w:r w:rsidR="00E363DB" w:rsidRPr="00120D96">
              <w:rPr>
                <w:color w:val="000000" w:themeColor="text1"/>
                <w:lang w:val="cy-GB"/>
              </w:rPr>
              <w:t xml:space="preserve">os oedd </w:t>
            </w:r>
            <w:r w:rsidRPr="00120D96">
              <w:rPr>
                <w:color w:val="000000" w:themeColor="text1"/>
                <w:lang w:val="cy-GB"/>
              </w:rPr>
              <w:t xml:space="preserve">trais ac ymddygiad ymosodol, </w:t>
            </w:r>
            <w:r w:rsidRPr="00120D96">
              <w:rPr>
                <w:color w:val="000000" w:themeColor="text1"/>
                <w:u w:val="single"/>
                <w:lang w:val="cy-GB"/>
              </w:rPr>
              <w:t>RHAID</w:t>
            </w:r>
            <w:r w:rsidRPr="00120D96">
              <w:rPr>
                <w:color w:val="000000" w:themeColor="text1"/>
                <w:lang w:val="cy-GB"/>
              </w:rPr>
              <w:t xml:space="preserve"> i chi hefyd </w:t>
            </w:r>
            <w:r w:rsidR="005037EC">
              <w:rPr>
                <w:color w:val="000000" w:themeColor="text1"/>
                <w:lang w:val="cy-GB"/>
              </w:rPr>
              <w:t>roi gwybod am y</w:t>
            </w:r>
            <w:r w:rsidRPr="00120D96">
              <w:rPr>
                <w:color w:val="000000" w:themeColor="text1"/>
                <w:lang w:val="cy-GB"/>
              </w:rPr>
              <w:t xml:space="preserve"> digwyddiad trwy System </w:t>
            </w:r>
            <w:r w:rsidR="008A7221">
              <w:rPr>
                <w:color w:val="000000" w:themeColor="text1"/>
                <w:lang w:val="cy-GB"/>
              </w:rPr>
              <w:t>Adrodd Iechyd a Diogelwch</w:t>
            </w:r>
            <w:r w:rsidRPr="00120D96">
              <w:rPr>
                <w:color w:val="000000" w:themeColor="text1"/>
                <w:lang w:val="cy-GB"/>
              </w:rPr>
              <w:t xml:space="preserve"> y Cyngor</w:t>
            </w:r>
            <w:r w:rsidR="008A7221">
              <w:rPr>
                <w:color w:val="000000" w:themeColor="text1"/>
                <w:lang w:val="cy-GB"/>
              </w:rPr>
              <w:t>,</w:t>
            </w:r>
            <w:r w:rsidRPr="00120D96">
              <w:rPr>
                <w:color w:val="000000" w:themeColor="text1"/>
                <w:lang w:val="cy-GB"/>
              </w:rPr>
              <w:t xml:space="preserve"> sydd ar y Fewnrwyd</w:t>
            </w:r>
          </w:p>
        </w:tc>
      </w:tr>
    </w:tbl>
    <w:p w14:paraId="2ED7C9F4" w14:textId="77777777" w:rsidR="007A7766" w:rsidRPr="00120D96" w:rsidRDefault="007A7766" w:rsidP="00CE03A8">
      <w:pPr>
        <w:spacing w:after="0"/>
        <w:rPr>
          <w:b/>
          <w:sz w:val="16"/>
          <w:szCs w:val="16"/>
          <w:lang w:val="cy-GB"/>
        </w:rPr>
      </w:pPr>
    </w:p>
    <w:p w14:paraId="276B5E66" w14:textId="77777777" w:rsidR="00392680" w:rsidRPr="00120D96" w:rsidRDefault="00000000">
      <w:pPr>
        <w:rPr>
          <w:lang w:val="cy-GB"/>
        </w:rPr>
      </w:pPr>
      <w:r w:rsidRPr="00120D96">
        <w:rPr>
          <w:b/>
          <w:bCs/>
          <w:lang w:val="cy-GB"/>
        </w:rPr>
        <w:t>Ymrwymiad</w:t>
      </w:r>
    </w:p>
    <w:p w14:paraId="5D1130D7" w14:textId="632295EB" w:rsidR="00392680" w:rsidRPr="00120D96" w:rsidRDefault="00E363DB" w:rsidP="0021070F">
      <w:pPr>
        <w:spacing w:after="0"/>
        <w:rPr>
          <w:lang w:val="cy-GB"/>
        </w:rPr>
      </w:pPr>
      <w:r w:rsidRPr="00120D96">
        <w:rPr>
          <w:lang w:val="cy-GB"/>
        </w:rPr>
        <w:t xml:space="preserve">Byddaf yn </w:t>
      </w:r>
      <w:r w:rsidR="003D480F" w:rsidRPr="00120D96">
        <w:rPr>
          <w:lang w:val="cy-GB"/>
        </w:rPr>
        <w:t>cyf</w:t>
      </w:r>
      <w:r w:rsidR="003D480F" w:rsidRPr="00120D96">
        <w:rPr>
          <w:color w:val="000000" w:themeColor="text1"/>
          <w:lang w:val="cy-GB"/>
        </w:rPr>
        <w:t>lawni</w:t>
      </w:r>
      <w:r w:rsidR="008A7221">
        <w:rPr>
          <w:color w:val="000000" w:themeColor="text1"/>
          <w:lang w:val="cy-GB"/>
        </w:rPr>
        <w:t>’</w:t>
      </w:r>
      <w:r w:rsidR="003D480F" w:rsidRPr="00120D96">
        <w:rPr>
          <w:color w:val="000000" w:themeColor="text1"/>
          <w:lang w:val="cy-GB"/>
        </w:rPr>
        <w:t xml:space="preserve">r </w:t>
      </w:r>
      <w:r w:rsidRPr="00120D96">
        <w:rPr>
          <w:lang w:val="cy-GB"/>
        </w:rPr>
        <w:t>cyfrifo</w:t>
      </w:r>
      <w:r w:rsidRPr="00120D96">
        <w:rPr>
          <w:color w:val="000000" w:themeColor="text1"/>
          <w:lang w:val="cy-GB"/>
        </w:rPr>
        <w:t>ldebau</w:t>
      </w:r>
      <w:r w:rsidRPr="00120D96">
        <w:rPr>
          <w:lang w:val="cy-GB"/>
        </w:rPr>
        <w:t xml:space="preserve">, yn eu monitro, ac yn eu gorfodi, yn gweithredu </w:t>
      </w:r>
      <w:r w:rsidRPr="00120D96">
        <w:rPr>
          <w:color w:val="000000" w:themeColor="text1"/>
          <w:lang w:val="cy-GB"/>
        </w:rPr>
        <w:t>lle bo hynny</w:t>
      </w:r>
      <w:r w:rsidR="008A7221">
        <w:rPr>
          <w:color w:val="000000" w:themeColor="text1"/>
          <w:lang w:val="cy-GB"/>
        </w:rPr>
        <w:t>’</w:t>
      </w:r>
      <w:r w:rsidRPr="00120D96">
        <w:rPr>
          <w:color w:val="000000" w:themeColor="text1"/>
          <w:lang w:val="cy-GB"/>
        </w:rPr>
        <w:t>n ofynnol ac yn gofyn am arweiniad lle nad wyf yn siŵr</w:t>
      </w:r>
      <w:r w:rsidRPr="00120D96">
        <w:rPr>
          <w:lang w:val="cy-GB"/>
        </w:rPr>
        <w:t>.</w:t>
      </w:r>
    </w:p>
    <w:p w14:paraId="778B9460" w14:textId="77777777" w:rsidR="00660546" w:rsidRPr="00120D96" w:rsidRDefault="00660546" w:rsidP="0021070F">
      <w:pPr>
        <w:spacing w:after="0"/>
        <w:rPr>
          <w:lang w:val="cy-GB"/>
        </w:rPr>
      </w:pPr>
    </w:p>
    <w:tbl>
      <w:tblPr>
        <w:tblStyle w:val="TableGrid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84"/>
        <w:gridCol w:w="4678"/>
      </w:tblGrid>
      <w:tr w:rsidR="00733B0B" w:rsidRPr="00120D96" w14:paraId="2050B80B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12C6" w14:textId="35ED20FD" w:rsidR="0021070F" w:rsidRPr="00120D96" w:rsidRDefault="00E363DB" w:rsidP="003A02E9">
            <w:pPr>
              <w:spacing w:after="240"/>
              <w:rPr>
                <w:lang w:val="cy-GB"/>
              </w:rPr>
            </w:pPr>
            <w:r w:rsidRPr="00120D96">
              <w:rPr>
                <w:color w:val="000000" w:themeColor="text1"/>
                <w:lang w:val="cy-GB"/>
              </w:rPr>
              <w:lastRenderedPageBreak/>
              <w:t>Llofnod y Goruchwylydd</w:t>
            </w:r>
            <w:r w:rsidRPr="00120D96">
              <w:rPr>
                <w:lang w:val="cy-GB"/>
              </w:rPr>
              <w:t>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5684FEFC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E735" w14:textId="77777777" w:rsidR="0021070F" w:rsidRPr="00120D96" w:rsidRDefault="00000000" w:rsidP="003A02E9">
            <w:pPr>
              <w:spacing w:after="240"/>
              <w:rPr>
                <w:lang w:val="cy-GB"/>
              </w:rPr>
            </w:pPr>
            <w:r w:rsidRPr="00120D96">
              <w:rPr>
                <w:lang w:val="cy-GB"/>
              </w:rPr>
              <w:t>Llofnod y Rheolwr:</w:t>
            </w:r>
          </w:p>
        </w:tc>
      </w:tr>
      <w:tr w:rsidR="00733B0B" w:rsidRPr="00120D96" w14:paraId="36D27FE3" w14:textId="77777777" w:rsidTr="003A02E9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3B14507" w14:textId="77777777" w:rsidR="0021070F" w:rsidRPr="00120D96" w:rsidRDefault="0021070F" w:rsidP="003A02E9">
            <w:pPr>
              <w:rPr>
                <w:lang w:val="cy-GB"/>
              </w:rPr>
            </w:pPr>
          </w:p>
        </w:tc>
        <w:tc>
          <w:tcPr>
            <w:tcW w:w="284" w:type="dxa"/>
          </w:tcPr>
          <w:p w14:paraId="52B1FEE0" w14:textId="77777777" w:rsidR="0021070F" w:rsidRPr="00120D96" w:rsidRDefault="0021070F" w:rsidP="003A02E9">
            <w:pPr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18BAF58" w14:textId="77777777" w:rsidR="0021070F" w:rsidRPr="00120D96" w:rsidRDefault="0021070F" w:rsidP="003A02E9">
            <w:pPr>
              <w:rPr>
                <w:lang w:val="cy-GB"/>
              </w:rPr>
            </w:pPr>
          </w:p>
        </w:tc>
      </w:tr>
      <w:tr w:rsidR="00733B0B" w:rsidRPr="00120D96" w14:paraId="0A38E044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F4CA" w14:textId="77777777" w:rsidR="0021070F" w:rsidRPr="00120D96" w:rsidRDefault="00000000" w:rsidP="003A02E9">
            <w:pPr>
              <w:spacing w:after="240"/>
              <w:rPr>
                <w:lang w:val="cy-GB"/>
              </w:rPr>
            </w:pPr>
            <w:r w:rsidRPr="00120D96">
              <w:rPr>
                <w:lang w:val="cy-GB"/>
              </w:rPr>
              <w:t>Enw: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223BD49B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155F" w14:textId="77777777" w:rsidR="0021070F" w:rsidRPr="00120D96" w:rsidRDefault="00000000" w:rsidP="003A02E9">
            <w:pPr>
              <w:spacing w:after="240"/>
              <w:rPr>
                <w:lang w:val="cy-GB"/>
              </w:rPr>
            </w:pPr>
            <w:r w:rsidRPr="00120D96">
              <w:rPr>
                <w:lang w:val="cy-GB"/>
              </w:rPr>
              <w:t>Enw:</w:t>
            </w:r>
          </w:p>
        </w:tc>
      </w:tr>
      <w:tr w:rsidR="00733B0B" w:rsidRPr="00120D96" w14:paraId="78FEDCEC" w14:textId="77777777" w:rsidTr="003A02E9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30042D5" w14:textId="77777777" w:rsidR="0021070F" w:rsidRPr="00120D96" w:rsidRDefault="0021070F" w:rsidP="003A02E9">
            <w:pPr>
              <w:rPr>
                <w:lang w:val="cy-GB"/>
              </w:rPr>
            </w:pPr>
          </w:p>
        </w:tc>
        <w:tc>
          <w:tcPr>
            <w:tcW w:w="284" w:type="dxa"/>
          </w:tcPr>
          <w:p w14:paraId="7C10ACB5" w14:textId="77777777" w:rsidR="0021070F" w:rsidRPr="00120D96" w:rsidRDefault="0021070F" w:rsidP="003A02E9">
            <w:pPr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6BE98F6" w14:textId="77777777" w:rsidR="0021070F" w:rsidRPr="00120D96" w:rsidRDefault="0021070F" w:rsidP="003A02E9">
            <w:pPr>
              <w:rPr>
                <w:lang w:val="cy-GB"/>
              </w:rPr>
            </w:pPr>
          </w:p>
        </w:tc>
      </w:tr>
      <w:tr w:rsidR="00733B0B" w:rsidRPr="00120D96" w14:paraId="7F1379DC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357B" w14:textId="77777777" w:rsidR="0021070F" w:rsidRPr="00120D96" w:rsidRDefault="00000000" w:rsidP="003A02E9">
            <w:pPr>
              <w:spacing w:after="240"/>
              <w:rPr>
                <w:lang w:val="cy-GB"/>
              </w:rPr>
            </w:pPr>
            <w:r w:rsidRPr="00120D96">
              <w:rPr>
                <w:lang w:val="cy-GB"/>
              </w:rPr>
              <w:t>Dyddiad: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73069150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9DE6" w14:textId="77777777" w:rsidR="0021070F" w:rsidRPr="00120D96" w:rsidRDefault="00000000" w:rsidP="003A02E9">
            <w:pPr>
              <w:spacing w:after="240"/>
              <w:rPr>
                <w:lang w:val="cy-GB"/>
              </w:rPr>
            </w:pPr>
            <w:r w:rsidRPr="00120D96">
              <w:rPr>
                <w:lang w:val="cy-GB"/>
              </w:rPr>
              <w:t>Dyddiad:</w:t>
            </w:r>
          </w:p>
        </w:tc>
      </w:tr>
      <w:tr w:rsidR="00733B0B" w:rsidRPr="00120D96" w14:paraId="5C0DE8EA" w14:textId="77777777" w:rsidTr="003A02E9">
        <w:tc>
          <w:tcPr>
            <w:tcW w:w="4962" w:type="dxa"/>
            <w:tcBorders>
              <w:top w:val="single" w:sz="4" w:space="0" w:color="auto"/>
            </w:tcBorders>
          </w:tcPr>
          <w:p w14:paraId="2936F00C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  <w:tc>
          <w:tcPr>
            <w:tcW w:w="284" w:type="dxa"/>
          </w:tcPr>
          <w:p w14:paraId="3BA3D167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16A53C7B" w14:textId="77777777" w:rsidR="0021070F" w:rsidRPr="00120D96" w:rsidRDefault="0021070F" w:rsidP="003A02E9">
            <w:pPr>
              <w:spacing w:after="240"/>
              <w:rPr>
                <w:lang w:val="cy-GB"/>
              </w:rPr>
            </w:pPr>
          </w:p>
        </w:tc>
      </w:tr>
    </w:tbl>
    <w:p w14:paraId="1CAD359F" w14:textId="77777777" w:rsidR="00CE03A8" w:rsidRPr="00BF09DE" w:rsidRDefault="00CE03A8" w:rsidP="00CE03A8">
      <w:pPr>
        <w:spacing w:after="0"/>
        <w:rPr>
          <w:lang w:val="cy-GB"/>
        </w:rPr>
      </w:pPr>
    </w:p>
    <w:sectPr w:rsidR="00CE03A8" w:rsidRPr="00BF09DE" w:rsidSect="000B2BF2">
      <w:headerReference w:type="default" r:id="rId11"/>
      <w:footerReference w:type="default" r:id="rId12"/>
      <w:pgSz w:w="12240" w:h="15840"/>
      <w:pgMar w:top="1418" w:right="1467" w:bottom="567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2C61C" w14:textId="77777777" w:rsidR="005B7B0C" w:rsidRDefault="005B7B0C">
      <w:pPr>
        <w:spacing w:after="0" w:line="240" w:lineRule="auto"/>
      </w:pPr>
      <w:r>
        <w:separator/>
      </w:r>
    </w:p>
  </w:endnote>
  <w:endnote w:type="continuationSeparator" w:id="0">
    <w:p w14:paraId="637D7536" w14:textId="77777777" w:rsidR="005B7B0C" w:rsidRDefault="005B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11A8" w14:textId="77777777" w:rsidR="00DE78FC" w:rsidRDefault="00DE7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9762A" w14:textId="77777777" w:rsidR="005B7B0C" w:rsidRDefault="005B7B0C">
      <w:pPr>
        <w:spacing w:after="0" w:line="240" w:lineRule="auto"/>
      </w:pPr>
      <w:r>
        <w:separator/>
      </w:r>
    </w:p>
  </w:footnote>
  <w:footnote w:type="continuationSeparator" w:id="0">
    <w:p w14:paraId="6346B007" w14:textId="77777777" w:rsidR="005B7B0C" w:rsidRDefault="005B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FE12" w14:textId="77777777" w:rsidR="00736E09" w:rsidRDefault="00000000" w:rsidP="00736E09">
    <w:pPr>
      <w:pStyle w:val="Header"/>
      <w:jc w:val="center"/>
    </w:pPr>
    <w:r>
      <w:rPr>
        <w:noProof/>
      </w:rPr>
      <w:drawing>
        <wp:inline distT="0" distB="0" distL="0" distR="0" wp14:anchorId="6D6A4A90" wp14:editId="21BB5613">
          <wp:extent cx="2477069" cy="952500"/>
          <wp:effectExtent l="0" t="0" r="0" b="0"/>
          <wp:docPr id="1538630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189084" name="Picture 10761890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9012" cy="953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A9EB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FC4A50"/>
    <w:multiLevelType w:val="hybridMultilevel"/>
    <w:tmpl w:val="2A8A3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4020C"/>
    <w:multiLevelType w:val="hybridMultilevel"/>
    <w:tmpl w:val="76446B6A"/>
    <w:lvl w:ilvl="0" w:tplc="9DDEE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220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BED1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2F6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2D5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2EA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AF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8A0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F82C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573851">
    <w:abstractNumId w:val="8"/>
  </w:num>
  <w:num w:numId="2" w16cid:durableId="33774854">
    <w:abstractNumId w:val="6"/>
  </w:num>
  <w:num w:numId="3" w16cid:durableId="2061242754">
    <w:abstractNumId w:val="5"/>
  </w:num>
  <w:num w:numId="4" w16cid:durableId="169180624">
    <w:abstractNumId w:val="4"/>
  </w:num>
  <w:num w:numId="5" w16cid:durableId="1824928854">
    <w:abstractNumId w:val="7"/>
  </w:num>
  <w:num w:numId="6" w16cid:durableId="44723123">
    <w:abstractNumId w:val="3"/>
  </w:num>
  <w:num w:numId="7" w16cid:durableId="1193810107">
    <w:abstractNumId w:val="2"/>
  </w:num>
  <w:num w:numId="8" w16cid:durableId="1182746748">
    <w:abstractNumId w:val="1"/>
  </w:num>
  <w:num w:numId="9" w16cid:durableId="1576629046">
    <w:abstractNumId w:val="0"/>
  </w:num>
  <w:num w:numId="10" w16cid:durableId="620502009">
    <w:abstractNumId w:val="10"/>
  </w:num>
  <w:num w:numId="11" w16cid:durableId="13621721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1AB"/>
    <w:rsid w:val="00022478"/>
    <w:rsid w:val="00034616"/>
    <w:rsid w:val="00040A5F"/>
    <w:rsid w:val="0006063C"/>
    <w:rsid w:val="00091058"/>
    <w:rsid w:val="0009413C"/>
    <w:rsid w:val="000A23CF"/>
    <w:rsid w:val="000B2BF2"/>
    <w:rsid w:val="00120D96"/>
    <w:rsid w:val="001237D4"/>
    <w:rsid w:val="0012509E"/>
    <w:rsid w:val="0015074B"/>
    <w:rsid w:val="001525A0"/>
    <w:rsid w:val="00167D0A"/>
    <w:rsid w:val="001703FE"/>
    <w:rsid w:val="00173C1F"/>
    <w:rsid w:val="00192234"/>
    <w:rsid w:val="001949A3"/>
    <w:rsid w:val="001A08CD"/>
    <w:rsid w:val="001B73D9"/>
    <w:rsid w:val="001D6B49"/>
    <w:rsid w:val="0021070F"/>
    <w:rsid w:val="0029639D"/>
    <w:rsid w:val="002D001C"/>
    <w:rsid w:val="002E404A"/>
    <w:rsid w:val="00320E03"/>
    <w:rsid w:val="00326F90"/>
    <w:rsid w:val="003379FB"/>
    <w:rsid w:val="003544D0"/>
    <w:rsid w:val="003830AA"/>
    <w:rsid w:val="00385041"/>
    <w:rsid w:val="00392680"/>
    <w:rsid w:val="003944D0"/>
    <w:rsid w:val="003A02E9"/>
    <w:rsid w:val="003A69AF"/>
    <w:rsid w:val="003D4215"/>
    <w:rsid w:val="003D480F"/>
    <w:rsid w:val="00411457"/>
    <w:rsid w:val="00426909"/>
    <w:rsid w:val="00440305"/>
    <w:rsid w:val="00441550"/>
    <w:rsid w:val="0048260E"/>
    <w:rsid w:val="004B2F98"/>
    <w:rsid w:val="004C52CA"/>
    <w:rsid w:val="004D0A20"/>
    <w:rsid w:val="004D1CA0"/>
    <w:rsid w:val="005037EC"/>
    <w:rsid w:val="00523481"/>
    <w:rsid w:val="0053015B"/>
    <w:rsid w:val="005367BF"/>
    <w:rsid w:val="00544C8E"/>
    <w:rsid w:val="00556742"/>
    <w:rsid w:val="00562878"/>
    <w:rsid w:val="0057227E"/>
    <w:rsid w:val="00574D0B"/>
    <w:rsid w:val="00592892"/>
    <w:rsid w:val="005A2E7E"/>
    <w:rsid w:val="005B7B0C"/>
    <w:rsid w:val="00601FA9"/>
    <w:rsid w:val="00660546"/>
    <w:rsid w:val="00697A48"/>
    <w:rsid w:val="006A281A"/>
    <w:rsid w:val="006C2509"/>
    <w:rsid w:val="006D4190"/>
    <w:rsid w:val="006F7958"/>
    <w:rsid w:val="00705105"/>
    <w:rsid w:val="00716C05"/>
    <w:rsid w:val="00730030"/>
    <w:rsid w:val="00733B0B"/>
    <w:rsid w:val="00736E09"/>
    <w:rsid w:val="007443CB"/>
    <w:rsid w:val="00745DCD"/>
    <w:rsid w:val="0075418B"/>
    <w:rsid w:val="007A7766"/>
    <w:rsid w:val="007C6465"/>
    <w:rsid w:val="008031F5"/>
    <w:rsid w:val="00810345"/>
    <w:rsid w:val="00832207"/>
    <w:rsid w:val="00875EFB"/>
    <w:rsid w:val="00892DDE"/>
    <w:rsid w:val="008A7221"/>
    <w:rsid w:val="00925123"/>
    <w:rsid w:val="009465A4"/>
    <w:rsid w:val="009725E6"/>
    <w:rsid w:val="009B0530"/>
    <w:rsid w:val="009C36B7"/>
    <w:rsid w:val="009E1A7A"/>
    <w:rsid w:val="00A22A2D"/>
    <w:rsid w:val="00A40B6F"/>
    <w:rsid w:val="00A41131"/>
    <w:rsid w:val="00A51DEC"/>
    <w:rsid w:val="00A92F83"/>
    <w:rsid w:val="00A94DE7"/>
    <w:rsid w:val="00AA1D8D"/>
    <w:rsid w:val="00B22521"/>
    <w:rsid w:val="00B23A67"/>
    <w:rsid w:val="00B47730"/>
    <w:rsid w:val="00B61710"/>
    <w:rsid w:val="00B62C7B"/>
    <w:rsid w:val="00BB06AE"/>
    <w:rsid w:val="00BC6DCB"/>
    <w:rsid w:val="00BD682F"/>
    <w:rsid w:val="00BF09DE"/>
    <w:rsid w:val="00C05050"/>
    <w:rsid w:val="00C20736"/>
    <w:rsid w:val="00C43896"/>
    <w:rsid w:val="00C4767A"/>
    <w:rsid w:val="00C8701E"/>
    <w:rsid w:val="00CB0664"/>
    <w:rsid w:val="00CB3CDC"/>
    <w:rsid w:val="00CD2BD5"/>
    <w:rsid w:val="00CE03A8"/>
    <w:rsid w:val="00D33967"/>
    <w:rsid w:val="00D354D8"/>
    <w:rsid w:val="00D750CD"/>
    <w:rsid w:val="00DA43B0"/>
    <w:rsid w:val="00DA57D1"/>
    <w:rsid w:val="00DB5EEF"/>
    <w:rsid w:val="00DE78FC"/>
    <w:rsid w:val="00E33176"/>
    <w:rsid w:val="00E363DB"/>
    <w:rsid w:val="00E373AF"/>
    <w:rsid w:val="00E42D2B"/>
    <w:rsid w:val="00E56E1C"/>
    <w:rsid w:val="00E73ED9"/>
    <w:rsid w:val="00E76CDF"/>
    <w:rsid w:val="00E77222"/>
    <w:rsid w:val="00EC619E"/>
    <w:rsid w:val="00EE6E33"/>
    <w:rsid w:val="00F066C4"/>
    <w:rsid w:val="00F52307"/>
    <w:rsid w:val="00FB6A56"/>
    <w:rsid w:val="00FC5B89"/>
    <w:rsid w:val="00FC693F"/>
    <w:rsid w:val="00FD097E"/>
    <w:rsid w:val="00FE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B8618"/>
  <w14:defaultImageDpi w14:val="300"/>
  <w15:docId w15:val="{4606C932-8237-49BB-8EB8-6D476926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C25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5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5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5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5822FD-C8C1-4C98-B4FA-9363EE2B06D2}"/>
</file>

<file path=customXml/itemProps3.xml><?xml version="1.0" encoding="utf-8"?>
<ds:datastoreItem xmlns:ds="http://schemas.openxmlformats.org/officeDocument/2006/customXml" ds:itemID="{F496DA94-E06D-4095-9BBD-22B3F3174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03922F-A89A-4A9F-AAEC-53ED0C952847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dc:description>generated by python-docx</dc:description>
  <cp:lastModifiedBy>Aled Eynon</cp:lastModifiedBy>
  <cp:revision>77</cp:revision>
  <dcterms:created xsi:type="dcterms:W3CDTF">2026-07-09T14:42:00Z</dcterms:created>
  <dcterms:modified xsi:type="dcterms:W3CDTF">2026-10-14T07:42:00Z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