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0D2B" w14:textId="77777777" w:rsidR="00CF49A4" w:rsidRDefault="00D066AB" w:rsidP="00233BED">
      <w:pPr>
        <w:pStyle w:val="Title"/>
        <w:rPr>
          <w:lang w:val="cy-GB"/>
        </w:rPr>
      </w:pPr>
      <w:r w:rsidRPr="00042B3F">
        <w:rPr>
          <w:lang w:val="cy-GB"/>
        </w:rPr>
        <w:t xml:space="preserve">Cyngor Sir </w:t>
      </w:r>
      <w:r w:rsidR="00720302">
        <w:rPr>
          <w:lang w:val="cy-GB"/>
        </w:rPr>
        <w:t xml:space="preserve">Caerfyrddin </w:t>
      </w:r>
    </w:p>
    <w:p w14:paraId="47A172EA" w14:textId="08FC3A52" w:rsidR="00E1089D" w:rsidRPr="00042B3F" w:rsidRDefault="00E1089D" w:rsidP="00233BED">
      <w:pPr>
        <w:pStyle w:val="Title"/>
        <w:rPr>
          <w:lang w:val="cy-GB"/>
        </w:rPr>
      </w:pPr>
      <w:r w:rsidRPr="00042B3F">
        <w:rPr>
          <w:lang w:val="cy-GB"/>
        </w:rPr>
        <w:t xml:space="preserve">Gweithdrefn </w:t>
      </w:r>
      <w:r w:rsidR="00B46F9E">
        <w:rPr>
          <w:lang w:val="cy-GB"/>
        </w:rPr>
        <w:t>Adrodd am</w:t>
      </w:r>
      <w:r w:rsidRPr="00042B3F">
        <w:rPr>
          <w:lang w:val="cy-GB"/>
        </w:rPr>
        <w:t xml:space="preserve"> D</w:t>
      </w:r>
      <w:r w:rsidR="00B46F9E">
        <w:rPr>
          <w:lang w:val="cy-GB"/>
        </w:rPr>
        <w:t>d</w:t>
      </w:r>
      <w:r w:rsidRPr="00042B3F">
        <w:rPr>
          <w:lang w:val="cy-GB"/>
        </w:rPr>
        <w:t xml:space="preserve">iffygion </w:t>
      </w:r>
    </w:p>
    <w:p w14:paraId="3292C9C3" w14:textId="435E32FB" w:rsidR="00233BED" w:rsidRPr="00042B3F" w:rsidRDefault="00120AAB" w:rsidP="00233BED">
      <w:pPr>
        <w:pStyle w:val="Title"/>
        <w:rPr>
          <w:lang w:val="cy-GB"/>
        </w:rPr>
      </w:pPr>
      <w:r w:rsidRPr="00042B3F">
        <w:rPr>
          <w:lang w:val="cy-GB"/>
        </w:rPr>
        <w:t>gyda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Fflyd a Thrafnidiaeth </w:t>
      </w:r>
    </w:p>
    <w:p w14:paraId="44530984" w14:textId="77777777" w:rsidR="00F8359E" w:rsidRPr="00042B3F" w:rsidRDefault="00D066AB">
      <w:pPr>
        <w:pStyle w:val="Heading1"/>
        <w:rPr>
          <w:lang w:val="cy-GB"/>
        </w:rPr>
      </w:pPr>
      <w:r w:rsidRPr="00042B3F">
        <w:rPr>
          <w:lang w:val="cy-GB"/>
        </w:rPr>
        <w:t>1. Pwrpas</w:t>
      </w:r>
    </w:p>
    <w:p w14:paraId="40A0F853" w14:textId="3DE78706" w:rsidR="00F8359E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 xml:space="preserve">Sicrhau bod yr holl ddiffygion </w:t>
      </w:r>
      <w:r w:rsidR="00042B3F">
        <w:rPr>
          <w:lang w:val="cy-GB"/>
        </w:rPr>
        <w:t xml:space="preserve">gyda </w:t>
      </w:r>
      <w:r w:rsidRPr="00042B3F">
        <w:rPr>
          <w:lang w:val="cy-GB"/>
        </w:rPr>
        <w:t>c</w:t>
      </w:r>
      <w:r w:rsidR="00042B3F">
        <w:rPr>
          <w:lang w:val="cy-GB"/>
        </w:rPr>
        <w:t>h</w:t>
      </w:r>
      <w:r w:rsidRPr="00042B3F">
        <w:rPr>
          <w:lang w:val="cy-GB"/>
        </w:rPr>
        <w:t xml:space="preserve">erbydau ac offer yn cael eu </w:t>
      </w:r>
      <w:r w:rsidR="00042B3F">
        <w:rPr>
          <w:lang w:val="cy-GB"/>
        </w:rPr>
        <w:t>hadnabod</w:t>
      </w:r>
      <w:r w:rsidRPr="00042B3F">
        <w:rPr>
          <w:lang w:val="cy-GB"/>
        </w:rPr>
        <w:t xml:space="preserve">, eu </w:t>
      </w:r>
      <w:r w:rsidR="00B46F9E">
        <w:rPr>
          <w:lang w:val="cy-GB"/>
        </w:rPr>
        <w:t>hadrodd</w:t>
      </w:r>
      <w:r w:rsidR="00042B3F">
        <w:rPr>
          <w:lang w:val="cy-GB"/>
        </w:rPr>
        <w:t xml:space="preserve"> </w:t>
      </w:r>
      <w:r w:rsidRPr="00042B3F">
        <w:rPr>
          <w:lang w:val="cy-GB"/>
        </w:rPr>
        <w:t>a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u </w:t>
      </w:r>
      <w:r w:rsidR="00042B3F">
        <w:rPr>
          <w:lang w:val="cy-GB"/>
        </w:rPr>
        <w:t>hunioni</w:t>
      </w:r>
      <w:r w:rsidR="00914586">
        <w:rPr>
          <w:lang w:val="cy-GB"/>
        </w:rPr>
        <w:t>’</w:t>
      </w:r>
      <w:r w:rsidR="00042B3F">
        <w:rPr>
          <w:lang w:val="cy-GB"/>
        </w:rPr>
        <w:t>n bryd</w:t>
      </w:r>
      <w:r w:rsidR="00042B3F" w:rsidRPr="00042B3F">
        <w:rPr>
          <w:lang w:val="cy-GB"/>
        </w:rPr>
        <w:t>l</w:t>
      </w:r>
      <w:r w:rsidR="00042B3F">
        <w:rPr>
          <w:lang w:val="cy-GB"/>
        </w:rPr>
        <w:t>on, er mwyn c</w:t>
      </w:r>
      <w:r w:rsidRPr="00042B3F">
        <w:rPr>
          <w:lang w:val="cy-GB"/>
        </w:rPr>
        <w:t xml:space="preserve">ynnal diogelwch ar y ffyrdd, sicrhau cydymffurfiaeth gyfreithiol a chyflawni rhwymedigaethau </w:t>
      </w:r>
      <w:r w:rsidR="00042B3F">
        <w:rPr>
          <w:lang w:val="cy-GB"/>
        </w:rPr>
        <w:t xml:space="preserve">o ran </w:t>
      </w:r>
      <w:r w:rsidRPr="00042B3F">
        <w:rPr>
          <w:lang w:val="cy-GB"/>
        </w:rPr>
        <w:t>dyletswydd gofal.</w:t>
      </w:r>
    </w:p>
    <w:p w14:paraId="7A636D27" w14:textId="18B6D9BE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 xml:space="preserve">2. Gweithdrefn </w:t>
      </w:r>
      <w:r w:rsidR="00176FAD">
        <w:rPr>
          <w:lang w:val="cy-GB"/>
        </w:rPr>
        <w:t>Adrodd am</w:t>
      </w:r>
      <w:r w:rsidR="00042B3F">
        <w:rPr>
          <w:lang w:val="cy-GB"/>
        </w:rPr>
        <w:t xml:space="preserve"> </w:t>
      </w:r>
      <w:r w:rsidRPr="00042B3F">
        <w:rPr>
          <w:lang w:val="cy-GB"/>
        </w:rPr>
        <w:t>D</w:t>
      </w:r>
      <w:r w:rsidR="00176FAD">
        <w:rPr>
          <w:lang w:val="cy-GB"/>
        </w:rPr>
        <w:t>d</w:t>
      </w:r>
      <w:r w:rsidRPr="00042B3F">
        <w:rPr>
          <w:lang w:val="cy-GB"/>
        </w:rPr>
        <w:t>iffygion D</w:t>
      </w:r>
      <w:r w:rsidR="00042B3F">
        <w:rPr>
          <w:lang w:val="cy-GB"/>
        </w:rPr>
        <w:t>d</w:t>
      </w:r>
      <w:r w:rsidRPr="00042B3F">
        <w:rPr>
          <w:lang w:val="cy-GB"/>
        </w:rPr>
        <w:t>yddiol</w:t>
      </w:r>
    </w:p>
    <w:p w14:paraId="535F6BAD" w14:textId="33945092" w:rsidR="00F8359E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 xml:space="preserve">Rhaid i yrwyr </w:t>
      </w:r>
      <w:r w:rsidR="00042B3F">
        <w:rPr>
          <w:lang w:val="cy-GB"/>
        </w:rPr>
        <w:t>gerdded o amgy</w:t>
      </w:r>
      <w:r w:rsidR="00042B3F" w:rsidRPr="00042B3F">
        <w:rPr>
          <w:lang w:val="cy-GB"/>
        </w:rPr>
        <w:t>l</w:t>
      </w:r>
      <w:r w:rsidR="00042B3F">
        <w:rPr>
          <w:lang w:val="cy-GB"/>
        </w:rPr>
        <w:t>ch eu cerbyd i</w:t>
      </w:r>
      <w:r w:rsidR="00914586">
        <w:rPr>
          <w:lang w:val="cy-GB"/>
        </w:rPr>
        <w:t>’</w:t>
      </w:r>
      <w:r w:rsidR="00042B3F">
        <w:rPr>
          <w:lang w:val="cy-GB"/>
        </w:rPr>
        <w:t xml:space="preserve">w </w:t>
      </w:r>
      <w:r w:rsidRPr="00042B3F">
        <w:rPr>
          <w:lang w:val="cy-GB"/>
        </w:rPr>
        <w:t>archwili</w:t>
      </w:r>
      <w:r w:rsidR="00042B3F">
        <w:rPr>
          <w:lang w:val="cy-GB"/>
        </w:rPr>
        <w:t xml:space="preserve">o </w:t>
      </w:r>
      <w:r w:rsidRPr="00042B3F">
        <w:rPr>
          <w:lang w:val="cy-GB"/>
        </w:rPr>
        <w:t xml:space="preserve">cyn </w:t>
      </w:r>
      <w:r w:rsidR="00176FAD">
        <w:rPr>
          <w:lang w:val="cy-GB"/>
        </w:rPr>
        <w:t>ei d</w:t>
      </w:r>
      <w:r w:rsidRPr="00042B3F">
        <w:rPr>
          <w:lang w:val="cy-GB"/>
        </w:rPr>
        <w:t>defnyddio. Rhaid cofnodi unrhyw ddiffygion yn y llyfr diffygion neu</w:t>
      </w:r>
      <w:r w:rsidR="00042B3F">
        <w:rPr>
          <w:lang w:val="cy-GB"/>
        </w:rPr>
        <w:t xml:space="preserve"> ar</w:t>
      </w:r>
      <w:r w:rsidRPr="00042B3F">
        <w:rPr>
          <w:lang w:val="cy-GB"/>
        </w:rPr>
        <w:t xml:space="preserve"> </w:t>
      </w:r>
      <w:r w:rsidR="00042B3F">
        <w:rPr>
          <w:lang w:val="cy-GB"/>
        </w:rPr>
        <w:t xml:space="preserve">y </w:t>
      </w:r>
      <w:r w:rsidRPr="00042B3F">
        <w:rPr>
          <w:lang w:val="cy-GB"/>
        </w:rPr>
        <w:t xml:space="preserve">system </w:t>
      </w:r>
      <w:r w:rsidR="00176FAD">
        <w:rPr>
          <w:lang w:val="cy-GB"/>
        </w:rPr>
        <w:t>adrodd am</w:t>
      </w:r>
      <w:r w:rsidR="00042B3F">
        <w:rPr>
          <w:lang w:val="cy-GB"/>
        </w:rPr>
        <w:t xml:space="preserve"> </w:t>
      </w:r>
      <w:r w:rsidR="00176FAD">
        <w:rPr>
          <w:lang w:val="cy-GB"/>
        </w:rPr>
        <w:t>d</w:t>
      </w:r>
      <w:r w:rsidRPr="00042B3F">
        <w:rPr>
          <w:lang w:val="cy-GB"/>
        </w:rPr>
        <w:t xml:space="preserve">diffygion </w:t>
      </w:r>
      <w:r w:rsidR="00571639">
        <w:rPr>
          <w:lang w:val="cy-GB"/>
        </w:rPr>
        <w:t>d</w:t>
      </w:r>
      <w:r w:rsidRPr="00042B3F">
        <w:rPr>
          <w:lang w:val="cy-GB"/>
        </w:rPr>
        <w:t>digidol</w:t>
      </w:r>
      <w:r w:rsidR="008B7AED">
        <w:rPr>
          <w:lang w:val="cy-GB"/>
        </w:rPr>
        <w:t xml:space="preserve"> a</w:t>
      </w:r>
      <w:r w:rsidRPr="00042B3F">
        <w:rPr>
          <w:lang w:val="cy-GB"/>
        </w:rPr>
        <w:t xml:space="preserve"> </w:t>
      </w:r>
      <w:r w:rsidR="00176FAD">
        <w:rPr>
          <w:lang w:val="cy-GB"/>
        </w:rPr>
        <w:t>rhoi gwybod i</w:t>
      </w:r>
      <w:r w:rsidR="00914586">
        <w:rPr>
          <w:lang w:val="cy-GB"/>
        </w:rPr>
        <w:t>’</w:t>
      </w:r>
      <w:r w:rsidRPr="00042B3F">
        <w:rPr>
          <w:lang w:val="cy-GB"/>
        </w:rPr>
        <w:t>ch goruchwyliwr / arweinydd tîm</w:t>
      </w:r>
      <w:r w:rsidR="00176FAD" w:rsidRPr="00176FAD">
        <w:rPr>
          <w:lang w:val="cy-GB"/>
        </w:rPr>
        <w:t xml:space="preserve"> </w:t>
      </w:r>
      <w:r w:rsidR="00176FAD">
        <w:rPr>
          <w:lang w:val="cy-GB"/>
        </w:rPr>
        <w:t xml:space="preserve">amdanynt </w:t>
      </w:r>
      <w:r w:rsidR="00176FAD" w:rsidRPr="00042B3F">
        <w:rPr>
          <w:lang w:val="cy-GB"/>
        </w:rPr>
        <w:t>ar unwaith</w:t>
      </w:r>
      <w:r w:rsidRPr="00042B3F">
        <w:rPr>
          <w:lang w:val="cy-GB"/>
        </w:rPr>
        <w:t>.</w:t>
      </w:r>
    </w:p>
    <w:p w14:paraId="0EB2A517" w14:textId="6123D035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2.1 </w:t>
      </w:r>
      <w:r w:rsidR="00042B3F" w:rsidRPr="00042B3F">
        <w:rPr>
          <w:b/>
          <w:bCs/>
          <w:lang w:val="cy-GB"/>
        </w:rPr>
        <w:t>Archwilio</w:t>
      </w:r>
      <w:r w:rsidR="00042B3F">
        <w:rPr>
          <w:lang w:val="cy-GB"/>
        </w:rPr>
        <w:t xml:space="preserve"> </w:t>
      </w:r>
      <w:r w:rsidRPr="00042B3F">
        <w:rPr>
          <w:b/>
          <w:bCs/>
          <w:lang w:val="cy-GB"/>
        </w:rPr>
        <w:t>Cyn</w:t>
      </w:r>
      <w:r w:rsidR="00042B3F">
        <w:rPr>
          <w:b/>
          <w:bCs/>
          <w:lang w:val="cy-GB"/>
        </w:rPr>
        <w:t xml:space="preserve"> </w:t>
      </w:r>
      <w:r w:rsidRPr="00042B3F">
        <w:rPr>
          <w:b/>
          <w:bCs/>
          <w:lang w:val="cy-GB"/>
        </w:rPr>
        <w:t>Defnyddio (</w:t>
      </w:r>
      <w:r w:rsidR="00042B3F">
        <w:rPr>
          <w:b/>
          <w:bCs/>
          <w:lang w:val="cy-GB"/>
        </w:rPr>
        <w:t>Cerdded o Amgy</w:t>
      </w:r>
      <w:r w:rsidR="00042B3F" w:rsidRPr="00042B3F">
        <w:rPr>
          <w:b/>
          <w:bCs/>
          <w:lang w:val="cy-GB"/>
        </w:rPr>
        <w:t>lch</w:t>
      </w:r>
      <w:r w:rsidRPr="00042B3F">
        <w:rPr>
          <w:b/>
          <w:bCs/>
          <w:lang w:val="cy-GB"/>
        </w:rPr>
        <w:t>)</w:t>
      </w:r>
    </w:p>
    <w:p w14:paraId="767423A4" w14:textId="1C01E55A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Rhaid i bob gyrrwr </w:t>
      </w:r>
      <w:r w:rsidR="00042B3F">
        <w:rPr>
          <w:b/>
          <w:bCs/>
          <w:lang w:val="cy-GB"/>
        </w:rPr>
        <w:t>gynna</w:t>
      </w:r>
      <w:r w:rsidR="00042B3F" w:rsidRPr="00042B3F">
        <w:rPr>
          <w:lang w:val="cy-GB"/>
        </w:rPr>
        <w:t>l</w:t>
      </w:r>
      <w:r w:rsidR="00042B3F">
        <w:rPr>
          <w:lang w:val="cy-GB"/>
        </w:rPr>
        <w:t xml:space="preserve"> </w:t>
      </w:r>
      <w:r w:rsidR="00042B3F" w:rsidRPr="00042B3F">
        <w:rPr>
          <w:b/>
          <w:bCs/>
          <w:lang w:val="cy-GB"/>
        </w:rPr>
        <w:t xml:space="preserve">gwiriad </w:t>
      </w:r>
      <w:r w:rsidRPr="00042B3F">
        <w:rPr>
          <w:b/>
          <w:bCs/>
          <w:lang w:val="cy-GB"/>
        </w:rPr>
        <w:t>cynhwysfawr</w:t>
      </w:r>
      <w:r w:rsidR="00042B3F">
        <w:rPr>
          <w:b/>
          <w:bCs/>
          <w:lang w:val="cy-GB"/>
        </w:rPr>
        <w:t xml:space="preserve"> ar gyfer eu cerbyd, trwy gerdded o</w:t>
      </w:r>
      <w:r w:rsidR="00914586">
        <w:rPr>
          <w:b/>
          <w:bCs/>
          <w:lang w:val="cy-GB"/>
        </w:rPr>
        <w:t>’</w:t>
      </w:r>
      <w:r w:rsidR="00042B3F">
        <w:rPr>
          <w:b/>
          <w:bCs/>
          <w:lang w:val="cy-GB"/>
        </w:rPr>
        <w:t xml:space="preserve">i </w:t>
      </w:r>
      <w:r w:rsidR="00042B3F" w:rsidRPr="00042B3F">
        <w:rPr>
          <w:b/>
          <w:bCs/>
          <w:lang w:val="cy-GB"/>
        </w:rPr>
        <w:t>amgylch,</w:t>
      </w:r>
      <w:r w:rsidR="00042B3F">
        <w:rPr>
          <w:lang w:val="cy-GB"/>
        </w:rPr>
        <w:t xml:space="preserve"> </w:t>
      </w:r>
      <w:r w:rsidRPr="00042B3F">
        <w:rPr>
          <w:b/>
          <w:bCs/>
          <w:lang w:val="cy-GB"/>
        </w:rPr>
        <w:t xml:space="preserve"> </w:t>
      </w:r>
      <w:r w:rsidRPr="00042B3F">
        <w:rPr>
          <w:lang w:val="cy-GB"/>
        </w:rPr>
        <w:t>cyn gweithredu unrhyw gerbyd</w:t>
      </w:r>
      <w:r w:rsidR="00042B3F">
        <w:rPr>
          <w:lang w:val="cy-GB"/>
        </w:rPr>
        <w:t>,</w:t>
      </w:r>
      <w:r w:rsidRPr="00042B3F">
        <w:rPr>
          <w:lang w:val="cy-GB"/>
        </w:rPr>
        <w:t xml:space="preserve"> ar ddechrau eu shifft, neu wrth gymryd cyfrifoldeb am gerbyd.</w:t>
      </w:r>
    </w:p>
    <w:p w14:paraId="608844EF" w14:textId="0EA97434" w:rsidR="008D761D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Rhaid i yrwyr osod y tacograff i waith arall </w:t>
      </w:r>
      <w:r w:rsidR="001B244F" w:rsidRPr="00042B3F">
        <w:rPr>
          <w:noProof/>
          <w:lang w:val="cy-GB"/>
        </w:rPr>
        <w:drawing>
          <wp:inline distT="0" distB="0" distL="0" distR="0" wp14:anchorId="6E397BF3" wp14:editId="2E55186F">
            <wp:extent cx="287930" cy="266700"/>
            <wp:effectExtent l="0" t="0" r="0" b="0"/>
            <wp:docPr id="2336189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005557" name="Picture 23361892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786" cy="2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B3F">
        <w:rPr>
          <w:lang w:val="cy-GB"/>
        </w:rPr>
        <w:t xml:space="preserve"> cyn dechrau cerdded o gwmpas</w:t>
      </w:r>
      <w:r w:rsidR="00042B3F">
        <w:rPr>
          <w:lang w:val="cy-GB"/>
        </w:rPr>
        <w:t xml:space="preserve"> y cerbyd i</w:t>
      </w:r>
      <w:r w:rsidR="00914586">
        <w:rPr>
          <w:lang w:val="cy-GB"/>
        </w:rPr>
        <w:t>’</w:t>
      </w:r>
      <w:r w:rsidR="00042B3F">
        <w:rPr>
          <w:lang w:val="cy-GB"/>
        </w:rPr>
        <w:t>w wirio</w:t>
      </w:r>
      <w:r w:rsidRPr="00042B3F">
        <w:rPr>
          <w:lang w:val="cy-GB"/>
        </w:rPr>
        <w:t>. Mae hyn yn sicrhau bod yr holl ddyletswyddau sy</w:t>
      </w:r>
      <w:r w:rsidR="00914586">
        <w:rPr>
          <w:lang w:val="cy-GB"/>
        </w:rPr>
        <w:t>’</w:t>
      </w:r>
      <w:r w:rsidRPr="00042B3F">
        <w:rPr>
          <w:lang w:val="cy-GB"/>
        </w:rPr>
        <w:t>n gysylltiedig â gwiriadau cerbydau yn cael eu cofnodi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n gywir fel </w:t>
      </w:r>
      <w:r w:rsidR="00951D58">
        <w:rPr>
          <w:lang w:val="cy-GB"/>
        </w:rPr>
        <w:t xml:space="preserve">oriau </w:t>
      </w:r>
      <w:r w:rsidRPr="00042B3F">
        <w:rPr>
          <w:lang w:val="cy-GB"/>
        </w:rPr>
        <w:t>gwaith.</w:t>
      </w:r>
    </w:p>
    <w:p w14:paraId="66C9767D" w14:textId="7EB11E93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Rhaid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</w:t>
      </w:r>
      <w:r w:rsidR="00951D58">
        <w:rPr>
          <w:lang w:val="cy-GB"/>
        </w:rPr>
        <w:t>archwi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 xml:space="preserve">iad </w:t>
      </w:r>
      <w:r w:rsidRPr="00042B3F">
        <w:rPr>
          <w:lang w:val="cy-GB"/>
        </w:rPr>
        <w:t>gynnwys</w:t>
      </w:r>
      <w:r w:rsidR="00951D58">
        <w:rPr>
          <w:lang w:val="cy-GB"/>
        </w:rPr>
        <w:t xml:space="preserve"> y can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>yno</w:t>
      </w:r>
      <w:r w:rsidR="00951D58" w:rsidRPr="00042B3F">
        <w:rPr>
          <w:lang w:val="cy-GB"/>
        </w:rPr>
        <w:t>l</w:t>
      </w:r>
      <w:r w:rsidRPr="00042B3F">
        <w:rPr>
          <w:lang w:val="cy-GB"/>
        </w:rPr>
        <w:t xml:space="preserve">, ond </w:t>
      </w:r>
      <w:r w:rsidR="00951D58">
        <w:rPr>
          <w:lang w:val="cy-GB"/>
        </w:rPr>
        <w:t>nid yw</w:t>
      </w:r>
      <w:r w:rsidR="00914586">
        <w:rPr>
          <w:lang w:val="cy-GB"/>
        </w:rPr>
        <w:t>’</w:t>
      </w:r>
      <w:r w:rsidR="00951D58">
        <w:rPr>
          <w:lang w:val="cy-GB"/>
        </w:rPr>
        <w:t xml:space="preserve">n </w:t>
      </w:r>
      <w:r w:rsidRPr="00042B3F">
        <w:rPr>
          <w:lang w:val="cy-GB"/>
        </w:rPr>
        <w:t>gyfyngedig i</w:t>
      </w:r>
      <w:r w:rsidR="00914586">
        <w:rPr>
          <w:lang w:val="cy-GB"/>
        </w:rPr>
        <w:t>’</w:t>
      </w:r>
      <w:r w:rsidR="00951D58">
        <w:rPr>
          <w:lang w:val="cy-GB"/>
        </w:rPr>
        <w:t>r rhain</w:t>
      </w:r>
      <w:r w:rsidRPr="00042B3F">
        <w:rPr>
          <w:lang w:val="cy-GB"/>
        </w:rPr>
        <w:t>:</w:t>
      </w:r>
    </w:p>
    <w:p w14:paraId="59D3884E" w14:textId="2D9F6786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System </w:t>
      </w:r>
      <w:proofErr w:type="spellStart"/>
      <w:r w:rsidR="00951D58">
        <w:rPr>
          <w:lang w:val="cy-GB"/>
        </w:rPr>
        <w:t>f</w:t>
      </w:r>
      <w:r w:rsidRPr="00042B3F">
        <w:rPr>
          <w:lang w:val="cy-GB"/>
        </w:rPr>
        <w:t>r</w:t>
      </w:r>
      <w:r w:rsidR="00951D58">
        <w:rPr>
          <w:lang w:val="cy-GB"/>
        </w:rPr>
        <w:t>ê</w:t>
      </w:r>
      <w:r w:rsidRPr="00042B3F">
        <w:rPr>
          <w:lang w:val="cy-GB"/>
        </w:rPr>
        <w:t>cio</w:t>
      </w:r>
      <w:proofErr w:type="spellEnd"/>
    </w:p>
    <w:p w14:paraId="2320EB95" w14:textId="77777777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Gweithrediad llywio</w:t>
      </w:r>
    </w:p>
    <w:p w14:paraId="40FA8567" w14:textId="450189CE" w:rsidR="00AF2DA2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t>Corn</w:t>
      </w:r>
    </w:p>
    <w:p w14:paraId="65DC84D3" w14:textId="609B65FF" w:rsidR="00C65B34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t xml:space="preserve">Rhif cofrestru </w:t>
      </w:r>
      <w:r w:rsidR="00D066AB" w:rsidRPr="00042B3F">
        <w:rPr>
          <w:lang w:val="cy-GB"/>
        </w:rPr>
        <w:t xml:space="preserve">yn </w:t>
      </w:r>
      <w:r>
        <w:rPr>
          <w:lang w:val="cy-GB"/>
        </w:rPr>
        <w:t xml:space="preserve">gadarn </w:t>
      </w:r>
      <w:r w:rsidR="00D066AB" w:rsidRPr="00042B3F">
        <w:rPr>
          <w:lang w:val="cy-GB"/>
        </w:rPr>
        <w:t>/ lân / weladwy</w:t>
      </w:r>
    </w:p>
    <w:p w14:paraId="57E08CA2" w14:textId="68523068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Teiars ac olwynion (cyflwr, dyfnder gwadn, difrod, 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>efe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 xml:space="preserve"> yr aer</w:t>
      </w:r>
      <w:r w:rsidRPr="00042B3F">
        <w:rPr>
          <w:lang w:val="cy-GB"/>
        </w:rPr>
        <w:t>)</w:t>
      </w:r>
    </w:p>
    <w:p w14:paraId="5C8017F7" w14:textId="46329B18" w:rsidR="00610DE0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Tagiau </w:t>
      </w:r>
      <w:r w:rsidR="00951D58">
        <w:rPr>
          <w:lang w:val="cy-GB"/>
        </w:rPr>
        <w:t>tyndra nytiau</w:t>
      </w:r>
      <w:r w:rsidR="00914586">
        <w:rPr>
          <w:lang w:val="cy-GB"/>
        </w:rPr>
        <w:t>’</w:t>
      </w:r>
      <w:r w:rsidR="00951D58">
        <w:rPr>
          <w:lang w:val="cy-GB"/>
        </w:rPr>
        <w:t xml:space="preserve">r </w:t>
      </w:r>
      <w:r w:rsidRPr="00042B3F">
        <w:rPr>
          <w:lang w:val="cy-GB"/>
        </w:rPr>
        <w:t>olwyn</w:t>
      </w:r>
      <w:r w:rsidR="00951D58">
        <w:rPr>
          <w:lang w:val="cy-GB"/>
        </w:rPr>
        <w:t>ion</w:t>
      </w:r>
    </w:p>
    <w:p w14:paraId="392434E6" w14:textId="74735DDC" w:rsidR="00AA54A5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t>Cyfarpar a</w:t>
      </w:r>
      <w:r w:rsidR="00D066AB" w:rsidRPr="00042B3F">
        <w:rPr>
          <w:lang w:val="cy-GB"/>
        </w:rPr>
        <w:t xml:space="preserve">tal chwistrellu / fflapiau </w:t>
      </w:r>
      <w:r>
        <w:rPr>
          <w:lang w:val="cy-GB"/>
        </w:rPr>
        <w:t xml:space="preserve">mwd </w:t>
      </w:r>
      <w:r w:rsidR="00D066AB" w:rsidRPr="00042B3F">
        <w:rPr>
          <w:lang w:val="cy-GB"/>
        </w:rPr>
        <w:t>yn ddiogel</w:t>
      </w:r>
    </w:p>
    <w:p w14:paraId="3D0E310C" w14:textId="381AA67C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Goleuadau, </w:t>
      </w:r>
      <w:proofErr w:type="spellStart"/>
      <w:r w:rsidRPr="00042B3F">
        <w:rPr>
          <w:lang w:val="cy-GB"/>
        </w:rPr>
        <w:t>adlewyrchwyr</w:t>
      </w:r>
      <w:proofErr w:type="spellEnd"/>
      <w:r w:rsidRPr="00042B3F">
        <w:rPr>
          <w:lang w:val="cy-GB"/>
        </w:rPr>
        <w:t xml:space="preserve">, marcwyr a </w:t>
      </w:r>
      <w:r w:rsidR="00951D58">
        <w:rPr>
          <w:lang w:val="cy-GB"/>
        </w:rPr>
        <w:t>go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>euadau rhybuddio</w:t>
      </w:r>
    </w:p>
    <w:p w14:paraId="647C7CDD" w14:textId="77777777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Drychau a chymhorthion gwelededd (gan gynnwys camerâu)</w:t>
      </w:r>
    </w:p>
    <w:p w14:paraId="16CF0C85" w14:textId="6D17D32E" w:rsidR="00F272BB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t>Sgr</w:t>
      </w:r>
      <w:r w:rsidR="00DE5E08">
        <w:rPr>
          <w:lang w:val="cy-GB"/>
        </w:rPr>
        <w:t>i</w:t>
      </w:r>
      <w:r>
        <w:rPr>
          <w:lang w:val="cy-GB"/>
        </w:rPr>
        <w:t>n f</w:t>
      </w:r>
      <w:r w:rsidRPr="00042B3F">
        <w:rPr>
          <w:lang w:val="cy-GB"/>
        </w:rPr>
        <w:t>l</w:t>
      </w:r>
      <w:r>
        <w:rPr>
          <w:lang w:val="cy-GB"/>
        </w:rPr>
        <w:t>aen</w:t>
      </w:r>
      <w:r w:rsidR="00D066AB" w:rsidRPr="00042B3F">
        <w:rPr>
          <w:lang w:val="cy-GB"/>
        </w:rPr>
        <w:t xml:space="preserve">, </w:t>
      </w:r>
      <w:proofErr w:type="spellStart"/>
      <w:r>
        <w:rPr>
          <w:lang w:val="cy-GB"/>
        </w:rPr>
        <w:t>weipars</w:t>
      </w:r>
      <w:proofErr w:type="spellEnd"/>
      <w:r w:rsidR="00D066AB" w:rsidRPr="00042B3F">
        <w:rPr>
          <w:lang w:val="cy-GB"/>
        </w:rPr>
        <w:t>, a golchwyr</w:t>
      </w:r>
    </w:p>
    <w:p w14:paraId="202002D1" w14:textId="53A9A0E2" w:rsidR="009E6502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Gwresogyddion/</w:t>
      </w:r>
      <w:r w:rsidR="00951D58">
        <w:rPr>
          <w:lang w:val="cy-GB"/>
        </w:rPr>
        <w:t xml:space="preserve">awyryddion </w:t>
      </w:r>
    </w:p>
    <w:p w14:paraId="0718BDC2" w14:textId="00BB4205" w:rsidR="009E6502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t>T</w:t>
      </w:r>
      <w:r w:rsidR="00D066AB" w:rsidRPr="00042B3F">
        <w:rPr>
          <w:lang w:val="cy-GB"/>
        </w:rPr>
        <w:t xml:space="preserve">u mewn </w:t>
      </w:r>
      <w:r>
        <w:rPr>
          <w:lang w:val="cy-GB"/>
        </w:rPr>
        <w:t xml:space="preserve">y cab </w:t>
      </w:r>
      <w:r w:rsidR="00D066AB" w:rsidRPr="00042B3F">
        <w:rPr>
          <w:lang w:val="cy-GB"/>
        </w:rPr>
        <w:t>yn ddiogel</w:t>
      </w:r>
    </w:p>
    <w:p w14:paraId="5B3466EF" w14:textId="77777777" w:rsidR="00000530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Gwregysau</w:t>
      </w:r>
    </w:p>
    <w:p w14:paraId="045DC628" w14:textId="7D9FCA77" w:rsidR="00F272BB" w:rsidRPr="00042B3F" w:rsidRDefault="00951D58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>
        <w:rPr>
          <w:lang w:val="cy-GB"/>
        </w:rPr>
        <w:lastRenderedPageBreak/>
        <w:t xml:space="preserve">Corff y cerbyd </w:t>
      </w:r>
      <w:r w:rsidR="00D066AB" w:rsidRPr="00042B3F">
        <w:rPr>
          <w:lang w:val="cy-GB"/>
        </w:rPr>
        <w:t>a diogelwch llwyth</w:t>
      </w:r>
      <w:r>
        <w:rPr>
          <w:lang w:val="cy-GB"/>
        </w:rPr>
        <w:t>i</w:t>
      </w:r>
    </w:p>
    <w:p w14:paraId="1C878C27" w14:textId="77777777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Lefelau hylif a gollyngiadau</w:t>
      </w:r>
    </w:p>
    <w:p w14:paraId="171880AC" w14:textId="3B6F0101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Goleuadau rhybuddio a dangosyddion </w:t>
      </w:r>
      <w:r w:rsidR="00951D58">
        <w:rPr>
          <w:lang w:val="cy-GB"/>
        </w:rPr>
        <w:t xml:space="preserve">ar y </w:t>
      </w:r>
      <w:proofErr w:type="spellStart"/>
      <w:r w:rsidR="00951D58">
        <w:rPr>
          <w:lang w:val="cy-GB"/>
        </w:rPr>
        <w:t>da</w:t>
      </w:r>
      <w:r w:rsidR="00202714">
        <w:rPr>
          <w:lang w:val="cy-GB"/>
        </w:rPr>
        <w:t>ngos</w:t>
      </w:r>
      <w:r w:rsidR="00951D58">
        <w:rPr>
          <w:lang w:val="cy-GB"/>
        </w:rPr>
        <w:t>fwrdd</w:t>
      </w:r>
      <w:proofErr w:type="spellEnd"/>
    </w:p>
    <w:p w14:paraId="220D0B6C" w14:textId="55B2BFEA" w:rsidR="00F272BB" w:rsidRPr="00042B3F" w:rsidRDefault="00D066AB" w:rsidP="00DD355A">
      <w:pPr>
        <w:numPr>
          <w:ilvl w:val="0"/>
          <w:numId w:val="1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Offer diogelwch (e.e. larymau </w:t>
      </w:r>
      <w:proofErr w:type="spellStart"/>
      <w:r w:rsidR="00951D58">
        <w:rPr>
          <w:lang w:val="cy-GB"/>
        </w:rPr>
        <w:t>rifyrsio</w:t>
      </w:r>
      <w:proofErr w:type="spellEnd"/>
      <w:r w:rsidRPr="00042B3F">
        <w:rPr>
          <w:lang w:val="cy-GB"/>
        </w:rPr>
        <w:t xml:space="preserve">, storio </w:t>
      </w:r>
      <w:r w:rsidR="00951D58">
        <w:rPr>
          <w:lang w:val="cy-GB"/>
        </w:rPr>
        <w:t>Cyfarpar Dioge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>wch Persono</w:t>
      </w:r>
      <w:r w:rsidR="00951D58" w:rsidRPr="00042B3F">
        <w:rPr>
          <w:lang w:val="cy-GB"/>
        </w:rPr>
        <w:t>l</w:t>
      </w:r>
      <w:r w:rsidRPr="00042B3F">
        <w:rPr>
          <w:lang w:val="cy-GB"/>
        </w:rPr>
        <w:t xml:space="preserve">, </w:t>
      </w:r>
      <w:r w:rsidR="00951D58">
        <w:rPr>
          <w:lang w:val="cy-GB"/>
        </w:rPr>
        <w:t>tec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 xml:space="preserve">ynnau diffodd </w:t>
      </w:r>
      <w:r w:rsidRPr="00042B3F">
        <w:rPr>
          <w:lang w:val="cy-GB"/>
        </w:rPr>
        <w:t>tân)</w:t>
      </w:r>
    </w:p>
    <w:p w14:paraId="697BE5E7" w14:textId="77777777" w:rsidR="00DD355A" w:rsidRPr="00042B3F" w:rsidRDefault="00DD355A" w:rsidP="00F272BB">
      <w:pPr>
        <w:jc w:val="both"/>
        <w:rPr>
          <w:lang w:val="cy-GB"/>
        </w:rPr>
      </w:pPr>
    </w:p>
    <w:p w14:paraId="512FCD8C" w14:textId="17F47A7D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Rhaid cynnal gwiriadau mewn digon o amser i ganiatáu i ddiffygion gael eu </w:t>
      </w:r>
      <w:r w:rsidR="00914586">
        <w:rPr>
          <w:lang w:val="cy-GB"/>
        </w:rPr>
        <w:t>hadrodd</w:t>
      </w:r>
      <w:r w:rsidR="00951D58">
        <w:rPr>
          <w:lang w:val="cy-GB"/>
        </w:rPr>
        <w:t xml:space="preserve"> </w:t>
      </w:r>
      <w:r w:rsidRPr="00042B3F">
        <w:rPr>
          <w:lang w:val="cy-GB"/>
        </w:rPr>
        <w:t>a</w:t>
      </w:r>
      <w:r w:rsidR="00914586">
        <w:rPr>
          <w:lang w:val="cy-GB"/>
        </w:rPr>
        <w:t>’</w:t>
      </w:r>
      <w:r w:rsidRPr="00042B3F">
        <w:rPr>
          <w:lang w:val="cy-GB"/>
        </w:rPr>
        <w:t>u datrys cyn i</w:t>
      </w:r>
      <w:r w:rsidR="00914586">
        <w:rPr>
          <w:lang w:val="cy-GB"/>
        </w:rPr>
        <w:t>’</w:t>
      </w:r>
      <w:r w:rsidRPr="00042B3F">
        <w:rPr>
          <w:lang w:val="cy-GB"/>
        </w:rPr>
        <w:t>r cerbyd gael ei ddefnyddio.</w:t>
      </w:r>
    </w:p>
    <w:p w14:paraId="31ED4CA7" w14:textId="38BCB979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2.2 Adnabod Diffygion</w:t>
      </w:r>
      <w:r w:rsidR="00951D58">
        <w:rPr>
          <w:b/>
          <w:bCs/>
          <w:lang w:val="cy-GB"/>
        </w:rPr>
        <w:t xml:space="preserve"> a</w:t>
      </w:r>
      <w:r w:rsidR="00914586">
        <w:rPr>
          <w:b/>
          <w:bCs/>
          <w:lang w:val="cy-GB"/>
        </w:rPr>
        <w:t>’</w:t>
      </w:r>
      <w:r w:rsidR="00951D58">
        <w:rPr>
          <w:b/>
          <w:bCs/>
          <w:lang w:val="cy-GB"/>
        </w:rPr>
        <w:t>u Cofnodi</w:t>
      </w:r>
    </w:p>
    <w:p w14:paraId="77A25F82" w14:textId="4C0FF367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Os nodir diffyg ar unrhyw gam (cyn defnyddio</w:t>
      </w:r>
      <w:r w:rsidR="00914586">
        <w:rPr>
          <w:lang w:val="cy-GB"/>
        </w:rPr>
        <w:t>’</w:t>
      </w:r>
      <w:r w:rsidR="00951D58">
        <w:rPr>
          <w:lang w:val="cy-GB"/>
        </w:rPr>
        <w:t>r cerbyd</w:t>
      </w:r>
      <w:r w:rsidRPr="00042B3F">
        <w:rPr>
          <w:lang w:val="cy-GB"/>
        </w:rPr>
        <w:t xml:space="preserve">, </w:t>
      </w:r>
      <w:r w:rsidR="00951D58">
        <w:rPr>
          <w:lang w:val="cy-GB"/>
        </w:rPr>
        <w:t>wrth ei ddefnyddio</w:t>
      </w:r>
      <w:r w:rsidRPr="00042B3F">
        <w:rPr>
          <w:lang w:val="cy-GB"/>
        </w:rPr>
        <w:t>, neu ar ôl ei ddefnyddio), rhaid i</w:t>
      </w:r>
      <w:r w:rsidR="00914586">
        <w:rPr>
          <w:lang w:val="cy-GB"/>
        </w:rPr>
        <w:t>’</w:t>
      </w:r>
      <w:r w:rsidRPr="00042B3F">
        <w:rPr>
          <w:lang w:val="cy-GB"/>
        </w:rPr>
        <w:t>r gyrrwr:</w:t>
      </w:r>
    </w:p>
    <w:p w14:paraId="2B36EAF3" w14:textId="16B257A1" w:rsidR="00F272BB" w:rsidRPr="00042B3F" w:rsidRDefault="00951D58" w:rsidP="00DD355A">
      <w:pPr>
        <w:numPr>
          <w:ilvl w:val="0"/>
          <w:numId w:val="16"/>
        </w:numPr>
        <w:spacing w:after="0"/>
        <w:jc w:val="both"/>
        <w:rPr>
          <w:lang w:val="cy-GB"/>
        </w:rPr>
      </w:pPr>
      <w:r>
        <w:rPr>
          <w:lang w:val="cy-GB"/>
        </w:rPr>
        <w:t>Gofnodi</w:t>
      </w:r>
      <w:r w:rsidR="00914586">
        <w:rPr>
          <w:lang w:val="cy-GB"/>
        </w:rPr>
        <w:t>’</w:t>
      </w:r>
      <w:r>
        <w:rPr>
          <w:lang w:val="cy-GB"/>
        </w:rPr>
        <w:t xml:space="preserve">r </w:t>
      </w:r>
      <w:r w:rsidR="00D066AB" w:rsidRPr="00042B3F">
        <w:rPr>
          <w:lang w:val="cy-GB"/>
        </w:rPr>
        <w:t>diffyg gan ddefnyddio</w:t>
      </w:r>
      <w:r w:rsidR="00914586">
        <w:rPr>
          <w:lang w:val="cy-GB"/>
        </w:rPr>
        <w:t>’</w:t>
      </w:r>
      <w:r w:rsidR="00D066AB" w:rsidRPr="00042B3F">
        <w:rPr>
          <w:lang w:val="cy-GB"/>
        </w:rPr>
        <w:t>r llyfr diffygion papur neu</w:t>
      </w:r>
      <w:r w:rsidR="00914586">
        <w:rPr>
          <w:lang w:val="cy-GB"/>
        </w:rPr>
        <w:t>’</w:t>
      </w:r>
      <w:r w:rsidR="00D066AB" w:rsidRPr="00042B3F">
        <w:rPr>
          <w:lang w:val="cy-GB"/>
        </w:rPr>
        <w:t xml:space="preserve">r system </w:t>
      </w:r>
      <w:r w:rsidR="00914586">
        <w:rPr>
          <w:lang w:val="cy-GB"/>
        </w:rPr>
        <w:t>adrodd am</w:t>
      </w:r>
      <w:r>
        <w:rPr>
          <w:lang w:val="cy-GB"/>
        </w:rPr>
        <w:t xml:space="preserve"> </w:t>
      </w:r>
      <w:r w:rsidR="00914586">
        <w:rPr>
          <w:lang w:val="cy-GB"/>
        </w:rPr>
        <w:t>d</w:t>
      </w:r>
      <w:r w:rsidR="00D066AB" w:rsidRPr="00042B3F">
        <w:rPr>
          <w:lang w:val="cy-GB"/>
        </w:rPr>
        <w:t xml:space="preserve">diffygion </w:t>
      </w:r>
      <w:r>
        <w:rPr>
          <w:lang w:val="cy-GB"/>
        </w:rPr>
        <w:t>d</w:t>
      </w:r>
      <w:r w:rsidR="00D066AB" w:rsidRPr="00042B3F">
        <w:rPr>
          <w:lang w:val="cy-GB"/>
        </w:rPr>
        <w:t>digidol.</w:t>
      </w:r>
    </w:p>
    <w:p w14:paraId="74E03554" w14:textId="77777777" w:rsidR="00F272BB" w:rsidRPr="00042B3F" w:rsidRDefault="00D066AB" w:rsidP="00DD355A">
      <w:pPr>
        <w:numPr>
          <w:ilvl w:val="0"/>
          <w:numId w:val="1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Darparu manylion clir a chywir, gan gynnwys: </w:t>
      </w:r>
    </w:p>
    <w:p w14:paraId="586ADB8A" w14:textId="53313869" w:rsidR="00F272BB" w:rsidRPr="00042B3F" w:rsidRDefault="00D066AB" w:rsidP="00DD355A">
      <w:pPr>
        <w:numPr>
          <w:ilvl w:val="1"/>
          <w:numId w:val="1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Rhif cofrestru cerbyd neu </w:t>
      </w:r>
      <w:r w:rsidR="00951D58">
        <w:rPr>
          <w:lang w:val="cy-GB"/>
        </w:rPr>
        <w:t xml:space="preserve">rif </w:t>
      </w:r>
      <w:r w:rsidRPr="00042B3F">
        <w:rPr>
          <w:lang w:val="cy-GB"/>
        </w:rPr>
        <w:t>fflyd</w:t>
      </w:r>
    </w:p>
    <w:p w14:paraId="16751913" w14:textId="77777777" w:rsidR="00F272BB" w:rsidRPr="00042B3F" w:rsidRDefault="00D066AB" w:rsidP="00DD355A">
      <w:pPr>
        <w:numPr>
          <w:ilvl w:val="1"/>
          <w:numId w:val="1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Dyddiad ac amser yr adroddiad</w:t>
      </w:r>
    </w:p>
    <w:p w14:paraId="254F9C82" w14:textId="0060DA4E" w:rsidR="00F272BB" w:rsidRPr="00042B3F" w:rsidRDefault="00D066AB" w:rsidP="00DD355A">
      <w:pPr>
        <w:numPr>
          <w:ilvl w:val="1"/>
          <w:numId w:val="1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Disgrifiad manwl o</w:t>
      </w:r>
      <w:r w:rsidR="00914586">
        <w:rPr>
          <w:lang w:val="cy-GB"/>
        </w:rPr>
        <w:t>’</w:t>
      </w:r>
      <w:r w:rsidRPr="00042B3F">
        <w:rPr>
          <w:lang w:val="cy-GB"/>
        </w:rPr>
        <w:t>r diffyg</w:t>
      </w:r>
    </w:p>
    <w:p w14:paraId="7A340050" w14:textId="20D6C599" w:rsidR="00F272BB" w:rsidRPr="00042B3F" w:rsidRDefault="00D066AB" w:rsidP="00DD355A">
      <w:pPr>
        <w:numPr>
          <w:ilvl w:val="1"/>
          <w:numId w:val="1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Lleoliad (os </w:t>
      </w:r>
      <w:r w:rsidR="00951D58">
        <w:rPr>
          <w:lang w:val="cy-GB"/>
        </w:rPr>
        <w:t xml:space="preserve">yn </w:t>
      </w:r>
      <w:r w:rsidRPr="00042B3F">
        <w:rPr>
          <w:lang w:val="cy-GB"/>
        </w:rPr>
        <w:t>berthnasol)</w:t>
      </w:r>
    </w:p>
    <w:p w14:paraId="37FCFC24" w14:textId="77777777" w:rsidR="00DD355A" w:rsidRPr="00042B3F" w:rsidRDefault="00DD355A" w:rsidP="00F272BB">
      <w:pPr>
        <w:jc w:val="both"/>
        <w:rPr>
          <w:lang w:val="cy-GB"/>
        </w:rPr>
      </w:pPr>
    </w:p>
    <w:p w14:paraId="7F61CD50" w14:textId="411B750D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Rhaid i ddisgrifiadau fod yn ddigon manwl i ganiatáu i staff cynnal a chadw asesu</w:t>
      </w:r>
      <w:r w:rsidR="00914586">
        <w:rPr>
          <w:lang w:val="cy-GB"/>
        </w:rPr>
        <w:t>’</w:t>
      </w:r>
      <w:r w:rsidR="00951D58">
        <w:rPr>
          <w:lang w:val="cy-GB"/>
        </w:rPr>
        <w:t>r</w:t>
      </w:r>
      <w:r w:rsidRPr="00042B3F">
        <w:rPr>
          <w:lang w:val="cy-GB"/>
        </w:rPr>
        <w:t xml:space="preserve"> broblem </w:t>
      </w:r>
      <w:r w:rsidR="00951D58">
        <w:rPr>
          <w:lang w:val="cy-GB"/>
        </w:rPr>
        <w:t>a</w:t>
      </w:r>
      <w:r w:rsidR="00914586">
        <w:rPr>
          <w:lang w:val="cy-GB"/>
        </w:rPr>
        <w:t>’</w:t>
      </w:r>
      <w:r w:rsidR="00951D58">
        <w:rPr>
          <w:lang w:val="cy-GB"/>
        </w:rPr>
        <w:t xml:space="preserve">i </w:t>
      </w:r>
      <w:proofErr w:type="spellStart"/>
      <w:r w:rsidR="00951D58">
        <w:rPr>
          <w:lang w:val="cy-GB"/>
        </w:rPr>
        <w:t>diagnosio</w:t>
      </w:r>
      <w:proofErr w:type="spellEnd"/>
      <w:r w:rsidR="00951D58">
        <w:rPr>
          <w:lang w:val="cy-GB"/>
        </w:rPr>
        <w:t xml:space="preserve"> heb </w:t>
      </w:r>
      <w:r w:rsidRPr="00042B3F">
        <w:rPr>
          <w:lang w:val="cy-GB"/>
        </w:rPr>
        <w:t>oed</w:t>
      </w:r>
      <w:r w:rsidR="00951D58">
        <w:rPr>
          <w:lang w:val="cy-GB"/>
        </w:rPr>
        <w:t>i</w:t>
      </w:r>
      <w:r w:rsidRPr="00042B3F">
        <w:rPr>
          <w:lang w:val="cy-GB"/>
        </w:rPr>
        <w:t>.</w:t>
      </w:r>
    </w:p>
    <w:p w14:paraId="660E66E7" w14:textId="77777777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2.3 Gofynion Adrodd ar Unwaith</w:t>
      </w:r>
    </w:p>
    <w:p w14:paraId="518E9B09" w14:textId="77CBB762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Rhaid </w:t>
      </w:r>
      <w:r w:rsidR="00914586">
        <w:rPr>
          <w:lang w:val="cy-GB"/>
        </w:rPr>
        <w:t>rhoi gwybod</w:t>
      </w:r>
      <w:r w:rsidR="00951D58">
        <w:rPr>
          <w:lang w:val="cy-GB"/>
        </w:rPr>
        <w:t xml:space="preserve"> </w:t>
      </w:r>
      <w:r w:rsidR="00951D58" w:rsidRPr="00042B3F">
        <w:rPr>
          <w:lang w:val="cy-GB"/>
        </w:rPr>
        <w:t>i</w:t>
      </w:r>
      <w:r w:rsidR="00914586">
        <w:rPr>
          <w:lang w:val="cy-GB"/>
        </w:rPr>
        <w:t>’</w:t>
      </w:r>
      <w:r w:rsidR="00951D58" w:rsidRPr="00042B3F">
        <w:rPr>
          <w:lang w:val="cy-GB"/>
        </w:rPr>
        <w:t xml:space="preserve">ch goruchwyliwr / arweinydd tîm </w:t>
      </w:r>
      <w:r w:rsidR="00914586">
        <w:rPr>
          <w:lang w:val="cy-GB"/>
        </w:rPr>
        <w:t>am b</w:t>
      </w:r>
      <w:r w:rsidR="00914586" w:rsidRPr="00042B3F">
        <w:rPr>
          <w:lang w:val="cy-GB"/>
        </w:rPr>
        <w:t xml:space="preserve">ob diffyg </w:t>
      </w:r>
      <w:r w:rsidRPr="00042B3F">
        <w:rPr>
          <w:lang w:val="cy-GB"/>
        </w:rPr>
        <w:t>cyn gynted ag y cânt eu nodi ac yn unol â</w:t>
      </w:r>
      <w:r w:rsidR="00914586">
        <w:rPr>
          <w:lang w:val="cy-GB"/>
        </w:rPr>
        <w:t>’</w:t>
      </w:r>
      <w:r w:rsidRPr="00042B3F">
        <w:rPr>
          <w:lang w:val="cy-GB"/>
        </w:rPr>
        <w:t>r Llawlyfr Gy</w:t>
      </w:r>
      <w:r w:rsidR="00951D58">
        <w:rPr>
          <w:lang w:val="cy-GB"/>
        </w:rPr>
        <w:t>r</w:t>
      </w:r>
      <w:r w:rsidRPr="00042B3F">
        <w:rPr>
          <w:lang w:val="cy-GB"/>
        </w:rPr>
        <w:t>w</w:t>
      </w:r>
      <w:r w:rsidR="007F46B8">
        <w:rPr>
          <w:lang w:val="cy-GB"/>
        </w:rPr>
        <w:t>y</w:t>
      </w:r>
      <w:r w:rsidRPr="00042B3F">
        <w:rPr>
          <w:lang w:val="cy-GB"/>
        </w:rPr>
        <w:t xml:space="preserve">r a </w:t>
      </w:r>
      <w:r w:rsidR="00951D58">
        <w:rPr>
          <w:lang w:val="cy-GB"/>
        </w:rPr>
        <w:t>rhaid rheo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 xml:space="preserve">i </w:t>
      </w:r>
      <w:r w:rsidRPr="00042B3F">
        <w:rPr>
          <w:lang w:val="cy-GB"/>
        </w:rPr>
        <w:t xml:space="preserve">unrhyw </w:t>
      </w:r>
      <w:r w:rsidR="00951D58">
        <w:rPr>
          <w:lang w:val="cy-GB"/>
        </w:rPr>
        <w:t xml:space="preserve">achosion o </w:t>
      </w:r>
      <w:r w:rsidRPr="00042B3F">
        <w:rPr>
          <w:lang w:val="cy-GB"/>
        </w:rPr>
        <w:t>ddiffyg cydymffurfiaeth drwy Fframwaith Cydymffurfio</w:t>
      </w:r>
      <w:r w:rsidR="00914586">
        <w:rPr>
          <w:lang w:val="cy-GB"/>
        </w:rPr>
        <w:t>’</w:t>
      </w:r>
      <w:r w:rsidR="00951D58">
        <w:rPr>
          <w:lang w:val="cy-GB"/>
        </w:rPr>
        <w:t>r</w:t>
      </w:r>
      <w:r w:rsidRPr="00042B3F">
        <w:rPr>
          <w:lang w:val="cy-GB"/>
        </w:rPr>
        <w:t xml:space="preserve"> Llawlyfr Gyrw</w:t>
      </w:r>
      <w:r w:rsidR="007F46B8">
        <w:rPr>
          <w:lang w:val="cy-GB"/>
        </w:rPr>
        <w:t>y</w:t>
      </w:r>
      <w:r w:rsidRPr="00042B3F">
        <w:rPr>
          <w:lang w:val="cy-GB"/>
        </w:rPr>
        <w:t>r.</w:t>
      </w:r>
    </w:p>
    <w:p w14:paraId="66DE906B" w14:textId="77777777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Yn benodol:</w:t>
      </w:r>
    </w:p>
    <w:p w14:paraId="03574526" w14:textId="1E930800" w:rsidR="00F272BB" w:rsidRPr="00042B3F" w:rsidRDefault="00D066AB" w:rsidP="00F272BB">
      <w:pPr>
        <w:numPr>
          <w:ilvl w:val="0"/>
          <w:numId w:val="17"/>
        </w:numPr>
        <w:jc w:val="both"/>
        <w:rPr>
          <w:lang w:val="cy-GB"/>
        </w:rPr>
      </w:pPr>
      <w:r w:rsidRPr="00042B3F">
        <w:rPr>
          <w:lang w:val="cy-GB"/>
        </w:rPr>
        <w:t xml:space="preserve">Rhaid </w:t>
      </w:r>
      <w:r w:rsidR="00914586">
        <w:rPr>
          <w:lang w:val="cy-GB"/>
        </w:rPr>
        <w:t>rhoi gwybod</w:t>
      </w:r>
      <w:r w:rsidR="00951D58">
        <w:rPr>
          <w:lang w:val="cy-GB"/>
        </w:rPr>
        <w:t xml:space="preserve"> </w:t>
      </w:r>
      <w:r w:rsidR="00914586" w:rsidRPr="00042B3F">
        <w:rPr>
          <w:lang w:val="cy-GB"/>
        </w:rPr>
        <w:t>i</w:t>
      </w:r>
      <w:r w:rsidR="00914586">
        <w:rPr>
          <w:lang w:val="cy-GB"/>
        </w:rPr>
        <w:t>’</w:t>
      </w:r>
      <w:r w:rsidR="00914586" w:rsidRPr="00042B3F">
        <w:rPr>
          <w:lang w:val="cy-GB"/>
        </w:rPr>
        <w:t>r goruchwyliwr neu</w:t>
      </w:r>
      <w:r w:rsidR="00914586">
        <w:rPr>
          <w:lang w:val="cy-GB"/>
        </w:rPr>
        <w:t>’</w:t>
      </w:r>
      <w:r w:rsidR="00914586" w:rsidRPr="00042B3F">
        <w:rPr>
          <w:lang w:val="cy-GB"/>
        </w:rPr>
        <w:t>r arweinydd tîm</w:t>
      </w:r>
      <w:r w:rsidR="00914586" w:rsidRPr="00951D58">
        <w:rPr>
          <w:lang w:val="cy-GB"/>
        </w:rPr>
        <w:t xml:space="preserve"> </w:t>
      </w:r>
      <w:r w:rsidR="00914586" w:rsidRPr="00042B3F">
        <w:rPr>
          <w:lang w:val="cy-GB"/>
        </w:rPr>
        <w:t xml:space="preserve">ar unwaith </w:t>
      </w:r>
      <w:r w:rsidR="00914586">
        <w:rPr>
          <w:lang w:val="cy-GB"/>
        </w:rPr>
        <w:t>am d</w:t>
      </w:r>
      <w:r w:rsidRPr="00042B3F">
        <w:rPr>
          <w:lang w:val="cy-GB"/>
        </w:rPr>
        <w:t xml:space="preserve">diffygion </w:t>
      </w:r>
      <w:r w:rsidR="00951D58">
        <w:rPr>
          <w:lang w:val="cy-GB"/>
        </w:rPr>
        <w:t>difrifo</w:t>
      </w:r>
      <w:r w:rsidR="00951D58" w:rsidRPr="00042B3F">
        <w:rPr>
          <w:lang w:val="cy-GB"/>
        </w:rPr>
        <w:t>l</w:t>
      </w:r>
      <w:r w:rsidR="00951D58">
        <w:rPr>
          <w:lang w:val="cy-GB"/>
        </w:rPr>
        <w:t xml:space="preserve"> yn ymwneud â </w:t>
      </w:r>
      <w:r w:rsidRPr="00042B3F">
        <w:rPr>
          <w:lang w:val="cy-GB"/>
        </w:rPr>
        <w:t>diogelwch.</w:t>
      </w:r>
    </w:p>
    <w:p w14:paraId="460461FA" w14:textId="77777777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2.4 Asesu Diffygion</w:t>
      </w:r>
    </w:p>
    <w:p w14:paraId="312F7CE0" w14:textId="2C2C81CB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Ar ôl </w:t>
      </w:r>
      <w:r w:rsidR="00914586">
        <w:rPr>
          <w:lang w:val="cy-GB"/>
        </w:rPr>
        <w:t>adrodd</w:t>
      </w:r>
      <w:r w:rsidRPr="00042B3F">
        <w:rPr>
          <w:lang w:val="cy-GB"/>
        </w:rPr>
        <w:t xml:space="preserve">, rhaid asesu diffygion </w:t>
      </w:r>
      <w:r w:rsidR="00951D58">
        <w:rPr>
          <w:lang w:val="cy-GB"/>
        </w:rPr>
        <w:t>a</w:t>
      </w:r>
      <w:r w:rsidR="00914586">
        <w:rPr>
          <w:lang w:val="cy-GB"/>
        </w:rPr>
        <w:t>’</w:t>
      </w:r>
      <w:r w:rsidR="00951D58">
        <w:rPr>
          <w:lang w:val="cy-GB"/>
        </w:rPr>
        <w:t xml:space="preserve">u categoreiddio </w:t>
      </w:r>
      <w:r w:rsidRPr="00042B3F">
        <w:rPr>
          <w:lang w:val="cy-GB"/>
        </w:rPr>
        <w:t xml:space="preserve">yn ôl </w:t>
      </w:r>
      <w:r w:rsidR="00236C2A">
        <w:rPr>
          <w:lang w:val="cy-GB"/>
        </w:rPr>
        <w:t xml:space="preserve">eu </w:t>
      </w:r>
      <w:r w:rsidRPr="00042B3F">
        <w:rPr>
          <w:lang w:val="cy-GB"/>
        </w:rPr>
        <w:t>difrifoldeb:</w:t>
      </w:r>
    </w:p>
    <w:p w14:paraId="05D67B0A" w14:textId="3F5F31C1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Categori A – Diogelwch </w:t>
      </w:r>
      <w:r w:rsidR="00236C2A">
        <w:rPr>
          <w:b/>
          <w:bCs/>
          <w:lang w:val="cy-GB"/>
        </w:rPr>
        <w:t>Difrifo</w:t>
      </w:r>
      <w:r w:rsidRPr="00042B3F">
        <w:rPr>
          <w:b/>
          <w:bCs/>
          <w:lang w:val="cy-GB"/>
        </w:rPr>
        <w:t>l (Diffygion Peryglus)</w:t>
      </w:r>
    </w:p>
    <w:p w14:paraId="103AE40F" w14:textId="562483ED" w:rsidR="00F272BB" w:rsidRPr="00042B3F" w:rsidRDefault="00D066AB" w:rsidP="001D6E2C">
      <w:pPr>
        <w:numPr>
          <w:ilvl w:val="0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Ni ddylid defnyddio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cerbyd </w:t>
      </w:r>
      <w:r w:rsidRPr="00042B3F">
        <w:rPr>
          <w:b/>
          <w:bCs/>
          <w:lang w:val="cy-GB"/>
        </w:rPr>
        <w:t>o dan unrhyw amgylchiadau</w:t>
      </w:r>
    </w:p>
    <w:p w14:paraId="3E4BDA7B" w14:textId="77777777" w:rsidR="00F272BB" w:rsidRPr="00042B3F" w:rsidRDefault="00D066AB" w:rsidP="001D6E2C">
      <w:pPr>
        <w:numPr>
          <w:ilvl w:val="0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Dyma rai enghreifftiau: </w:t>
      </w:r>
    </w:p>
    <w:p w14:paraId="7F098203" w14:textId="2C1820BD" w:rsidR="00F272BB" w:rsidRPr="00042B3F" w:rsidRDefault="00D066AB" w:rsidP="001D6E2C">
      <w:pPr>
        <w:numPr>
          <w:ilvl w:val="1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Methiant brêc neu ddiffygion sy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n effeithio ar berfformiad </w:t>
      </w:r>
      <w:r w:rsidR="00936437">
        <w:rPr>
          <w:lang w:val="cy-GB"/>
        </w:rPr>
        <w:t>wrth f</w:t>
      </w:r>
      <w:r w:rsidRPr="00042B3F">
        <w:rPr>
          <w:lang w:val="cy-GB"/>
        </w:rPr>
        <w:t>r</w:t>
      </w:r>
      <w:r w:rsidR="006047CF">
        <w:rPr>
          <w:lang w:val="cy-GB"/>
        </w:rPr>
        <w:t>e</w:t>
      </w:r>
      <w:r w:rsidRPr="00042B3F">
        <w:rPr>
          <w:lang w:val="cy-GB"/>
        </w:rPr>
        <w:t>cio</w:t>
      </w:r>
    </w:p>
    <w:p w14:paraId="2ACDAB6C" w14:textId="77777777" w:rsidR="00F272BB" w:rsidRPr="00042B3F" w:rsidRDefault="00D066AB" w:rsidP="001D6E2C">
      <w:pPr>
        <w:numPr>
          <w:ilvl w:val="1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Diffygion llywio</w:t>
      </w:r>
    </w:p>
    <w:p w14:paraId="2F360B4D" w14:textId="0D3E34F1" w:rsidR="00F272BB" w:rsidRPr="00042B3F" w:rsidRDefault="00D066AB" w:rsidP="001D6E2C">
      <w:pPr>
        <w:numPr>
          <w:ilvl w:val="1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lastRenderedPageBreak/>
        <w:t xml:space="preserve">Diffygion difrifol </w:t>
      </w:r>
      <w:r w:rsidR="00936437">
        <w:rPr>
          <w:lang w:val="cy-GB"/>
        </w:rPr>
        <w:t>gyda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r teiars </w:t>
      </w:r>
      <w:r w:rsidRPr="00042B3F">
        <w:rPr>
          <w:lang w:val="cy-GB"/>
        </w:rPr>
        <w:t xml:space="preserve">(e.e. </w:t>
      </w:r>
      <w:r w:rsidR="00936437">
        <w:rPr>
          <w:lang w:val="cy-GB"/>
        </w:rPr>
        <w:t>cordyn i</w:t>
      </w:r>
      <w:r w:rsidR="00914586">
        <w:rPr>
          <w:lang w:val="cy-GB"/>
        </w:rPr>
        <w:t>’</w:t>
      </w:r>
      <w:r w:rsidR="00936437">
        <w:rPr>
          <w:lang w:val="cy-GB"/>
        </w:rPr>
        <w:t>w we</w:t>
      </w:r>
      <w:r w:rsidR="00936437" w:rsidRPr="00936437">
        <w:rPr>
          <w:lang w:val="cy-GB"/>
        </w:rPr>
        <w:t>ld</w:t>
      </w:r>
      <w:r w:rsidRPr="00042B3F">
        <w:rPr>
          <w:lang w:val="cy-GB"/>
        </w:rPr>
        <w:t>, difrod sylweddol)</w:t>
      </w:r>
    </w:p>
    <w:p w14:paraId="475C643C" w14:textId="571F1554" w:rsidR="00F272BB" w:rsidRPr="00042B3F" w:rsidRDefault="00D066AB" w:rsidP="001D6E2C">
      <w:pPr>
        <w:numPr>
          <w:ilvl w:val="1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Methiannau </w:t>
      </w:r>
      <w:r w:rsidR="00936437">
        <w:rPr>
          <w:lang w:val="cy-GB"/>
        </w:rPr>
        <w:t>difrifo</w:t>
      </w:r>
      <w:r w:rsidR="00936437" w:rsidRPr="00936437">
        <w:rPr>
          <w:lang w:val="cy-GB"/>
        </w:rPr>
        <w:t>l</w:t>
      </w:r>
      <w:r w:rsidR="00936437">
        <w:rPr>
          <w:lang w:val="cy-GB"/>
        </w:rPr>
        <w:t xml:space="preserve"> gyda </w:t>
      </w:r>
      <w:r w:rsidRPr="00042B3F">
        <w:rPr>
          <w:lang w:val="cy-GB"/>
        </w:rPr>
        <w:t>goleuadau sy</w:t>
      </w:r>
      <w:r w:rsidR="00914586">
        <w:rPr>
          <w:lang w:val="cy-GB"/>
        </w:rPr>
        <w:t>’</w:t>
      </w:r>
      <w:r w:rsidRPr="00042B3F">
        <w:rPr>
          <w:lang w:val="cy-GB"/>
        </w:rPr>
        <w:t>n effeithio ar welededd neu gyfreithlondeb</w:t>
      </w:r>
    </w:p>
    <w:p w14:paraId="3E7E34C7" w14:textId="0BB8D518" w:rsidR="00F272BB" w:rsidRPr="00042B3F" w:rsidRDefault="00D066AB" w:rsidP="001D6E2C">
      <w:pPr>
        <w:numPr>
          <w:ilvl w:val="1"/>
          <w:numId w:val="1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Risgiau </w:t>
      </w:r>
      <w:r w:rsidR="00936437">
        <w:rPr>
          <w:lang w:val="cy-GB"/>
        </w:rPr>
        <w:t xml:space="preserve">yn ymwneud â </w:t>
      </w:r>
      <w:r w:rsidRPr="00042B3F">
        <w:rPr>
          <w:lang w:val="cy-GB"/>
        </w:rPr>
        <w:t>diogelwch llwyth</w:t>
      </w:r>
      <w:r w:rsidR="00936437">
        <w:rPr>
          <w:lang w:val="cy-GB"/>
        </w:rPr>
        <w:t>i</w:t>
      </w:r>
    </w:p>
    <w:p w14:paraId="0ABB8E1D" w14:textId="77777777" w:rsidR="007F4FA2" w:rsidRPr="00042B3F" w:rsidRDefault="007F4FA2" w:rsidP="00F272BB">
      <w:pPr>
        <w:jc w:val="both"/>
        <w:rPr>
          <w:b/>
          <w:bCs/>
          <w:lang w:val="cy-GB"/>
        </w:rPr>
      </w:pPr>
    </w:p>
    <w:p w14:paraId="58479D84" w14:textId="77777777" w:rsidR="00F272BB" w:rsidRPr="00042B3F" w:rsidRDefault="00D066AB" w:rsidP="00F272BB">
      <w:pPr>
        <w:jc w:val="both"/>
        <w:rPr>
          <w:lang w:val="cy-GB"/>
        </w:rPr>
      </w:pPr>
      <w:r w:rsidRPr="00042B3F">
        <w:rPr>
          <w:b/>
          <w:bCs/>
          <w:lang w:val="cy-GB"/>
        </w:rPr>
        <w:t>Cam gweithredu:</w:t>
      </w:r>
    </w:p>
    <w:p w14:paraId="4E72A685" w14:textId="40EEAA10" w:rsidR="00F272BB" w:rsidRPr="00042B3F" w:rsidRDefault="00D066AB" w:rsidP="001D6E2C">
      <w:pPr>
        <w:numPr>
          <w:ilvl w:val="0"/>
          <w:numId w:val="1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Cerbyd i</w:t>
      </w:r>
      <w:r w:rsidR="00914586">
        <w:rPr>
          <w:lang w:val="cy-GB"/>
        </w:rPr>
        <w:t>’</w:t>
      </w:r>
      <w:r w:rsidRPr="00042B3F">
        <w:rPr>
          <w:lang w:val="cy-GB"/>
        </w:rPr>
        <w:t>w dynnu allan o</w:t>
      </w:r>
      <w:r w:rsidR="00936437">
        <w:rPr>
          <w:lang w:val="cy-GB"/>
        </w:rPr>
        <w:t xml:space="preserve"> </w:t>
      </w:r>
      <w:r w:rsidRPr="00042B3F">
        <w:rPr>
          <w:lang w:val="cy-GB"/>
        </w:rPr>
        <w:t>wasanaeth ar unwaith</w:t>
      </w:r>
    </w:p>
    <w:p w14:paraId="1F6B26CB" w14:textId="0878AE22" w:rsidR="00F272BB" w:rsidRPr="00042B3F" w:rsidRDefault="00D066AB" w:rsidP="001D6E2C">
      <w:pPr>
        <w:numPr>
          <w:ilvl w:val="0"/>
          <w:numId w:val="1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Rhaid hysbysu</w:t>
      </w:r>
      <w:r w:rsidR="00914586">
        <w:rPr>
          <w:lang w:val="cy-GB"/>
        </w:rPr>
        <w:t>’</w:t>
      </w:r>
      <w:r w:rsidRPr="00042B3F">
        <w:rPr>
          <w:lang w:val="cy-GB"/>
        </w:rPr>
        <w:t>r goruchwylydd, y gweithdy a</w:t>
      </w:r>
      <w:r w:rsidR="00914586">
        <w:rPr>
          <w:lang w:val="cy-GB"/>
        </w:rPr>
        <w:t>’</w:t>
      </w:r>
      <w:r w:rsidRPr="00042B3F">
        <w:rPr>
          <w:lang w:val="cy-GB"/>
        </w:rPr>
        <w:t>r fflyd</w:t>
      </w:r>
    </w:p>
    <w:p w14:paraId="6CBBF17E" w14:textId="592AF186" w:rsidR="00F272BB" w:rsidRPr="00042B3F" w:rsidRDefault="00D066AB" w:rsidP="001D6E2C">
      <w:pPr>
        <w:numPr>
          <w:ilvl w:val="0"/>
          <w:numId w:val="1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Rhaid gosod arwydd </w:t>
      </w:r>
      <w:r w:rsidR="00936437">
        <w:rPr>
          <w:lang w:val="cy-GB"/>
        </w:rPr>
        <w:t xml:space="preserve">Cerbyd Oddi ar y Ffordd </w:t>
      </w:r>
      <w:r w:rsidR="000120EB">
        <w:rPr>
          <w:lang w:val="cy-GB"/>
        </w:rPr>
        <w:t xml:space="preserve">(VOR) </w:t>
      </w:r>
      <w:r w:rsidRPr="00042B3F">
        <w:rPr>
          <w:lang w:val="cy-GB"/>
        </w:rPr>
        <w:t>yn ffenestr y cerbyd</w:t>
      </w:r>
    </w:p>
    <w:p w14:paraId="012C4E03" w14:textId="12F969AC" w:rsidR="005201FA" w:rsidRPr="00042B3F" w:rsidRDefault="00D066AB" w:rsidP="001D6E2C">
      <w:pPr>
        <w:numPr>
          <w:ilvl w:val="0"/>
          <w:numId w:val="1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Mae allweddi</w:t>
      </w:r>
      <w:r w:rsidR="00914586">
        <w:rPr>
          <w:lang w:val="cy-GB"/>
        </w:rPr>
        <w:t>’</w:t>
      </w:r>
      <w:r w:rsidRPr="00042B3F">
        <w:rPr>
          <w:lang w:val="cy-GB"/>
        </w:rPr>
        <w:t>r cerbyd i</w:t>
      </w:r>
      <w:r w:rsidR="00914586">
        <w:rPr>
          <w:lang w:val="cy-GB"/>
        </w:rPr>
        <w:t>’</w:t>
      </w:r>
      <w:r w:rsidRPr="00042B3F">
        <w:rPr>
          <w:lang w:val="cy-GB"/>
        </w:rPr>
        <w:t>w cadw</w:t>
      </w:r>
      <w:r w:rsidR="00914586">
        <w:rPr>
          <w:lang w:val="cy-GB"/>
        </w:rPr>
        <w:t>’</w:t>
      </w:r>
      <w:r w:rsidRPr="00042B3F">
        <w:rPr>
          <w:lang w:val="cy-GB"/>
        </w:rPr>
        <w:t>n ddiogel mewn blwch wedi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i gloi </w:t>
      </w:r>
      <w:r w:rsidR="00936437">
        <w:rPr>
          <w:lang w:val="cy-GB"/>
        </w:rPr>
        <w:t xml:space="preserve">hyd </w:t>
      </w:r>
      <w:r w:rsidRPr="00042B3F">
        <w:rPr>
          <w:lang w:val="cy-GB"/>
        </w:rPr>
        <w:t xml:space="preserve">nes y gellir </w:t>
      </w:r>
      <w:r w:rsidR="00936437">
        <w:rPr>
          <w:lang w:val="cy-GB"/>
        </w:rPr>
        <w:t>trwsio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r </w:t>
      </w:r>
      <w:r w:rsidRPr="00042B3F">
        <w:rPr>
          <w:lang w:val="cy-GB"/>
        </w:rPr>
        <w:t xml:space="preserve">cerbyd neu </w:t>
      </w:r>
      <w:r w:rsidR="00936437">
        <w:rPr>
          <w:lang w:val="cy-GB"/>
        </w:rPr>
        <w:t>fynd â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r cerbyd </w:t>
      </w:r>
      <w:r w:rsidRPr="00042B3F">
        <w:rPr>
          <w:lang w:val="cy-GB"/>
        </w:rPr>
        <w:t>i weithdy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w </w:t>
      </w:r>
      <w:r w:rsidR="00936437">
        <w:rPr>
          <w:lang w:val="cy-GB"/>
        </w:rPr>
        <w:t xml:space="preserve">drwsio </w:t>
      </w:r>
      <w:r w:rsidRPr="00042B3F">
        <w:rPr>
          <w:lang w:val="cy-GB"/>
        </w:rPr>
        <w:t>neu ei adfer.</w:t>
      </w:r>
    </w:p>
    <w:p w14:paraId="1BB97779" w14:textId="0BD3880E" w:rsidR="00F272BB" w:rsidRPr="00042B3F" w:rsidRDefault="00D066AB" w:rsidP="001D6E2C">
      <w:pPr>
        <w:numPr>
          <w:ilvl w:val="0"/>
          <w:numId w:val="1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Cerbyd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w ychwanegu at </w:t>
      </w:r>
      <w:r w:rsidR="00936437">
        <w:rPr>
          <w:lang w:val="cy-GB"/>
        </w:rPr>
        <w:t xml:space="preserve">y </w:t>
      </w:r>
      <w:r w:rsidRPr="00042B3F">
        <w:rPr>
          <w:lang w:val="cy-GB"/>
        </w:rPr>
        <w:t xml:space="preserve">daenlen </w:t>
      </w:r>
      <w:r w:rsidR="00936437">
        <w:rPr>
          <w:lang w:val="cy-GB"/>
        </w:rPr>
        <w:t>Cerbydau Oddi ar y Ffordd</w:t>
      </w:r>
      <w:r w:rsidRPr="00042B3F">
        <w:rPr>
          <w:lang w:val="cy-GB"/>
        </w:rPr>
        <w:t>.</w:t>
      </w:r>
    </w:p>
    <w:p w14:paraId="35292125" w14:textId="77777777" w:rsidR="000A1441" w:rsidRPr="00042B3F" w:rsidRDefault="000A1441" w:rsidP="000A1441">
      <w:pPr>
        <w:spacing w:after="0"/>
        <w:ind w:left="720"/>
        <w:jc w:val="both"/>
        <w:rPr>
          <w:lang w:val="cy-GB"/>
        </w:rPr>
      </w:pPr>
    </w:p>
    <w:p w14:paraId="05E952A9" w14:textId="77777777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Categori B – Diffygion Mawr</w:t>
      </w:r>
    </w:p>
    <w:p w14:paraId="6314E0CA" w14:textId="16B25B81" w:rsidR="00F272BB" w:rsidRPr="00042B3F" w:rsidRDefault="00D066AB" w:rsidP="00F272BB">
      <w:pPr>
        <w:numPr>
          <w:ilvl w:val="0"/>
          <w:numId w:val="20"/>
        </w:numPr>
        <w:jc w:val="both"/>
        <w:rPr>
          <w:lang w:val="cy-GB"/>
        </w:rPr>
      </w:pPr>
      <w:r w:rsidRPr="00042B3F">
        <w:rPr>
          <w:lang w:val="cy-GB"/>
        </w:rPr>
        <w:t>Nid yw</w:t>
      </w:r>
      <w:r w:rsidR="00914586">
        <w:rPr>
          <w:lang w:val="cy-GB"/>
        </w:rPr>
        <w:t>’</w:t>
      </w:r>
      <w:r w:rsidR="00936437">
        <w:rPr>
          <w:lang w:val="cy-GB"/>
        </w:rPr>
        <w:t>r</w:t>
      </w:r>
      <w:r w:rsidRPr="00042B3F">
        <w:rPr>
          <w:lang w:val="cy-GB"/>
        </w:rPr>
        <w:t xml:space="preserve"> diffyg yn </w:t>
      </w:r>
      <w:r w:rsidR="00936437">
        <w:rPr>
          <w:lang w:val="cy-GB"/>
        </w:rPr>
        <w:t xml:space="preserve">achosi </w:t>
      </w:r>
      <w:r w:rsidRPr="00042B3F">
        <w:rPr>
          <w:lang w:val="cy-GB"/>
        </w:rPr>
        <w:t xml:space="preserve">perygl </w:t>
      </w:r>
      <w:r w:rsidR="00936437">
        <w:rPr>
          <w:lang w:val="cy-GB"/>
        </w:rPr>
        <w:t xml:space="preserve">dybryd </w:t>
      </w:r>
      <w:r w:rsidRPr="00042B3F">
        <w:rPr>
          <w:lang w:val="cy-GB"/>
        </w:rPr>
        <w:t xml:space="preserve">ond </w:t>
      </w:r>
      <w:r w:rsidR="00936437">
        <w:rPr>
          <w:lang w:val="cy-GB"/>
        </w:rPr>
        <w:t>mae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n </w:t>
      </w:r>
      <w:r w:rsidRPr="00042B3F">
        <w:rPr>
          <w:lang w:val="cy-GB"/>
        </w:rPr>
        <w:t xml:space="preserve">effeithio ar </w:t>
      </w:r>
      <w:r w:rsidR="00936437">
        <w:rPr>
          <w:lang w:val="cy-GB"/>
        </w:rPr>
        <w:t xml:space="preserve">addasrwydd y cerbyd ar gyfer y </w:t>
      </w:r>
      <w:r w:rsidRPr="00042B3F">
        <w:rPr>
          <w:lang w:val="cy-GB"/>
        </w:rPr>
        <w:t>ff</w:t>
      </w:r>
      <w:r w:rsidR="00936437">
        <w:rPr>
          <w:lang w:val="cy-GB"/>
        </w:rPr>
        <w:t>o</w:t>
      </w:r>
      <w:r w:rsidRPr="00042B3F">
        <w:rPr>
          <w:lang w:val="cy-GB"/>
        </w:rPr>
        <w:t>rdd neu gydymffurfiaeth</w:t>
      </w:r>
    </w:p>
    <w:p w14:paraId="3300A134" w14:textId="1B2DD5E4" w:rsidR="00F272BB" w:rsidRPr="00042B3F" w:rsidRDefault="00D066AB" w:rsidP="00F272BB">
      <w:pPr>
        <w:numPr>
          <w:ilvl w:val="0"/>
          <w:numId w:val="20"/>
        </w:numPr>
        <w:jc w:val="both"/>
        <w:rPr>
          <w:lang w:val="cy-GB"/>
        </w:rPr>
      </w:pPr>
      <w:r w:rsidRPr="00042B3F">
        <w:rPr>
          <w:lang w:val="cy-GB"/>
        </w:rPr>
        <w:t xml:space="preserve">Rhaid ei </w:t>
      </w:r>
      <w:r w:rsidR="00936437">
        <w:rPr>
          <w:lang w:val="cy-GB"/>
        </w:rPr>
        <w:t xml:space="preserve">drwsio </w:t>
      </w:r>
      <w:r w:rsidRPr="00042B3F">
        <w:rPr>
          <w:b/>
          <w:bCs/>
          <w:lang w:val="cy-GB"/>
        </w:rPr>
        <w:t>cyn i</w:t>
      </w:r>
      <w:r w:rsidR="00914586">
        <w:rPr>
          <w:b/>
          <w:bCs/>
          <w:lang w:val="cy-GB"/>
        </w:rPr>
        <w:t>’</w:t>
      </w:r>
      <w:r w:rsidRPr="00042B3F">
        <w:rPr>
          <w:b/>
          <w:bCs/>
          <w:lang w:val="cy-GB"/>
        </w:rPr>
        <w:t>r cerbyd gael ei ddefnyddio eto</w:t>
      </w:r>
    </w:p>
    <w:p w14:paraId="3A3514C5" w14:textId="77777777" w:rsidR="00D57095" w:rsidRPr="00042B3F" w:rsidRDefault="00D066AB" w:rsidP="00D57095">
      <w:pPr>
        <w:numPr>
          <w:ilvl w:val="0"/>
          <w:numId w:val="20"/>
        </w:numPr>
        <w:jc w:val="both"/>
        <w:rPr>
          <w:lang w:val="cy-GB"/>
        </w:rPr>
      </w:pPr>
      <w:r w:rsidRPr="00042B3F">
        <w:rPr>
          <w:lang w:val="cy-GB"/>
        </w:rPr>
        <w:t xml:space="preserve">Dyma rai enghreifftiau: </w:t>
      </w:r>
    </w:p>
    <w:p w14:paraId="216A8AFB" w14:textId="0C2498E9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Cydrannau brêc wedi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u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treu</w:t>
      </w:r>
      <w:r w:rsidR="00936437" w:rsidRPr="00936437">
        <w:rPr>
          <w:lang w:val="cy-GB"/>
        </w:rPr>
        <w:t>l</w:t>
      </w:r>
      <w:r w:rsidR="00936437">
        <w:rPr>
          <w:lang w:val="cy-GB"/>
        </w:rPr>
        <w:t xml:space="preserve">io 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(padiau / disgiau) </w:t>
      </w:r>
    </w:p>
    <w:p w14:paraId="0F62889E" w14:textId="7CB6821D" w:rsidR="006325F7" w:rsidRPr="00042B3F" w:rsidRDefault="00936437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936437">
        <w:rPr>
          <w:lang w:val="cy-GB"/>
        </w:rPr>
        <w:t>L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lywio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 ddim yn ho</w:t>
      </w:r>
      <w:r w:rsidRPr="00936437">
        <w:rPr>
          <w:lang w:val="cy-GB"/>
        </w:rPr>
        <w:t>ll</w:t>
      </w:r>
      <w:r>
        <w:rPr>
          <w:lang w:val="cy-GB"/>
        </w:rPr>
        <w:t>o</w:t>
      </w:r>
      <w:r w:rsidRPr="00936437">
        <w:rPr>
          <w:lang w:val="cy-GB"/>
        </w:rPr>
        <w:t>l</w:t>
      </w:r>
      <w:r>
        <w:rPr>
          <w:lang w:val="cy-GB"/>
        </w:rPr>
        <w:t xml:space="preserve"> gadarn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neu fân nam </w:t>
      </w:r>
    </w:p>
    <w:p w14:paraId="521FC92C" w14:textId="132AC37D" w:rsidR="006325F7" w:rsidRPr="00042B3F" w:rsidRDefault="00936437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>
        <w:rPr>
          <w:rFonts w:ascii="Segoe UI" w:eastAsia="Times New Roman" w:hAnsi="Segoe UI" w:cs="Segoe UI"/>
          <w:sz w:val="21"/>
          <w:szCs w:val="21"/>
          <w:lang w:val="cy-GB" w:eastAsia="en-GB"/>
        </w:rPr>
        <w:t>Hongiad y car wedi treu</w:t>
      </w:r>
      <w:r w:rsidRPr="00936437">
        <w:rPr>
          <w:lang w:val="cy-GB"/>
        </w:rPr>
        <w:t>l</w:t>
      </w:r>
      <w:r>
        <w:rPr>
          <w:lang w:val="cy-GB"/>
        </w:rPr>
        <w:t xml:space="preserve">io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(e.e. 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>bwshys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/sioc</w:t>
      </w:r>
      <w:r w:rsidRPr="00936437">
        <w:rPr>
          <w:lang w:val="cy-GB"/>
        </w:rPr>
        <w:t>l</w:t>
      </w:r>
      <w:r>
        <w:rPr>
          <w:lang w:val="cy-GB"/>
        </w:rPr>
        <w:t>eddfwyr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) </w:t>
      </w:r>
    </w:p>
    <w:p w14:paraId="28758A88" w14:textId="77777777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Teiars yn agos at y terfyn cyfreithiol </w:t>
      </w:r>
    </w:p>
    <w:p w14:paraId="40504C50" w14:textId="57C8D72E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Mân ddifrod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i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r 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teiars (dim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cordyn i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w we</w:t>
      </w:r>
      <w:r w:rsidR="00936437" w:rsidRPr="00936437">
        <w:rPr>
          <w:lang w:val="cy-GB"/>
        </w:rPr>
        <w:t>l</w:t>
      </w:r>
      <w:r w:rsidR="00936437">
        <w:rPr>
          <w:lang w:val="cy-GB"/>
        </w:rPr>
        <w:t>d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) </w:t>
      </w:r>
    </w:p>
    <w:p w14:paraId="638C68C9" w14:textId="1FCA331B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Goleuadau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sydd ddim yn rhai 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hanfodol ddim yn gweithio</w:t>
      </w:r>
    </w:p>
    <w:p w14:paraId="1C9CCB0D" w14:textId="001B17CA" w:rsidR="006325F7" w:rsidRPr="00042B3F" w:rsidRDefault="00936437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proofErr w:type="spellStart"/>
      <w:r>
        <w:rPr>
          <w:rFonts w:ascii="Segoe UI" w:eastAsia="Times New Roman" w:hAnsi="Segoe UI" w:cs="Segoe UI"/>
          <w:sz w:val="21"/>
          <w:szCs w:val="21"/>
          <w:lang w:val="cy-GB" w:eastAsia="en-GB"/>
        </w:rPr>
        <w:t>Weipars</w:t>
      </w:r>
      <w:proofErr w:type="spellEnd"/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wedi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u 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>treu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io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neu olchwyr 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yn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wael </w:t>
      </w:r>
    </w:p>
    <w:p w14:paraId="46267801" w14:textId="17ED9439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Drych wedi cracio ond gellir ei ddefnyddio </w:t>
      </w:r>
    </w:p>
    <w:p w14:paraId="4CD6A6BD" w14:textId="16AE0EC8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Mân ddifrod i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g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orff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y cerbyd 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neu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 b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anel </w:t>
      </w:r>
    </w:p>
    <w:p w14:paraId="61C77B79" w14:textId="19022ECA" w:rsidR="006325F7" w:rsidRPr="00042B3F" w:rsidRDefault="00936437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>
        <w:rPr>
          <w:rFonts w:ascii="Segoe UI" w:eastAsia="Times New Roman" w:hAnsi="Segoe UI" w:cs="Segoe UI"/>
          <w:sz w:val="21"/>
          <w:szCs w:val="21"/>
          <w:lang w:val="cy-GB" w:eastAsia="en-GB"/>
        </w:rPr>
        <w:t>Nam gyda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r 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ifft 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cefn 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neu offer ategol (dal i 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>weithio</w:t>
      </w:r>
      <w:r w:rsidR="00D066AB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) </w:t>
      </w:r>
    </w:p>
    <w:p w14:paraId="3CD8B07E" w14:textId="6A7708E7" w:rsidR="006325F7" w:rsidRPr="00042B3F" w:rsidRDefault="00D066AB" w:rsidP="00D57095">
      <w:pPr>
        <w:pStyle w:val="ListParagraph"/>
        <w:numPr>
          <w:ilvl w:val="1"/>
          <w:numId w:val="20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Golau rhybudd yn dangos problem nad yw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n </w:t>
      </w:r>
      <w:r w:rsidR="00936437">
        <w:rPr>
          <w:rFonts w:ascii="Segoe UI" w:eastAsia="Times New Roman" w:hAnsi="Segoe UI" w:cs="Segoe UI"/>
          <w:sz w:val="21"/>
          <w:szCs w:val="21"/>
          <w:lang w:val="cy-GB" w:eastAsia="en-GB"/>
        </w:rPr>
        <w:t>un ddifrifo</w:t>
      </w:r>
      <w:r w:rsidR="00936437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</w:p>
    <w:p w14:paraId="5FF79BF3" w14:textId="77777777" w:rsidR="006325F7" w:rsidRPr="00042B3F" w:rsidRDefault="006325F7" w:rsidP="00F272BB">
      <w:pPr>
        <w:jc w:val="both"/>
        <w:rPr>
          <w:b/>
          <w:bCs/>
          <w:lang w:val="cy-GB"/>
        </w:rPr>
      </w:pPr>
    </w:p>
    <w:p w14:paraId="3926B2BD" w14:textId="77777777" w:rsidR="00F272BB" w:rsidRPr="00042B3F" w:rsidRDefault="00D066AB" w:rsidP="00F272BB">
      <w:pPr>
        <w:jc w:val="both"/>
        <w:rPr>
          <w:lang w:val="cy-GB"/>
        </w:rPr>
      </w:pPr>
      <w:r w:rsidRPr="00042B3F">
        <w:rPr>
          <w:b/>
          <w:bCs/>
          <w:lang w:val="cy-GB"/>
        </w:rPr>
        <w:t>Cam gweithredu:</w:t>
      </w:r>
    </w:p>
    <w:p w14:paraId="1CA3C0FF" w14:textId="5441957D" w:rsidR="00F272BB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Caiff y cerbyd gwblhau</w:t>
      </w:r>
      <w:r w:rsidR="00914586">
        <w:rPr>
          <w:lang w:val="cy-GB"/>
        </w:rPr>
        <w:t>’</w:t>
      </w:r>
      <w:r w:rsidRPr="00042B3F">
        <w:rPr>
          <w:lang w:val="cy-GB"/>
        </w:rPr>
        <w:t>r dasg gyfredol dim ond os yw</w:t>
      </w:r>
      <w:r w:rsidR="00914586">
        <w:rPr>
          <w:lang w:val="cy-GB"/>
        </w:rPr>
        <w:t>’</w:t>
      </w:r>
      <w:r w:rsidRPr="00042B3F">
        <w:rPr>
          <w:lang w:val="cy-GB"/>
        </w:rPr>
        <w:t>n ddiogel gwneud hynny</w:t>
      </w:r>
    </w:p>
    <w:p w14:paraId="512FC34A" w14:textId="5CB18B1B" w:rsidR="00F272BB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Rhaid hysbysu</w:t>
      </w:r>
      <w:r w:rsidR="00914586">
        <w:rPr>
          <w:lang w:val="cy-GB"/>
        </w:rPr>
        <w:t>’</w:t>
      </w:r>
      <w:r w:rsidRPr="00042B3F">
        <w:rPr>
          <w:lang w:val="cy-GB"/>
        </w:rPr>
        <w:t>r goruchwylydd, y gweithdy a</w:t>
      </w:r>
      <w:r w:rsidR="00914586">
        <w:rPr>
          <w:lang w:val="cy-GB"/>
        </w:rPr>
        <w:t>’</w:t>
      </w:r>
      <w:r w:rsidRPr="00042B3F">
        <w:rPr>
          <w:lang w:val="cy-GB"/>
        </w:rPr>
        <w:t>r fflyd</w:t>
      </w:r>
    </w:p>
    <w:p w14:paraId="3063C0C1" w14:textId="05B5DEAA" w:rsidR="004007E4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Cerbyd i</w:t>
      </w:r>
      <w:r w:rsidR="00914586">
        <w:rPr>
          <w:lang w:val="cy-GB"/>
        </w:rPr>
        <w:t>’</w:t>
      </w:r>
      <w:r w:rsidRPr="00042B3F">
        <w:rPr>
          <w:lang w:val="cy-GB"/>
        </w:rPr>
        <w:t>w dynnu allan o wasanaeth ar ddiwedd y dasg</w:t>
      </w:r>
    </w:p>
    <w:p w14:paraId="7DE681E7" w14:textId="18AF0718" w:rsidR="007C05C6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Rhaid gosod arwydd </w:t>
      </w:r>
      <w:r w:rsidR="00936437">
        <w:rPr>
          <w:lang w:val="cy-GB"/>
        </w:rPr>
        <w:t xml:space="preserve">Cerbyd Oddi ar y Ffordd </w:t>
      </w:r>
      <w:r w:rsidRPr="00042B3F">
        <w:rPr>
          <w:lang w:val="cy-GB"/>
        </w:rPr>
        <w:t>yn ffenestr y cerbyd</w:t>
      </w:r>
    </w:p>
    <w:p w14:paraId="0F127A4D" w14:textId="08DA1A73" w:rsidR="00796E99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Mae allweddi</w:t>
      </w:r>
      <w:r w:rsidR="00914586">
        <w:rPr>
          <w:lang w:val="cy-GB"/>
        </w:rPr>
        <w:t>’</w:t>
      </w:r>
      <w:r w:rsidRPr="00042B3F">
        <w:rPr>
          <w:lang w:val="cy-GB"/>
        </w:rPr>
        <w:t>r cerbyd i</w:t>
      </w:r>
      <w:r w:rsidR="00914586">
        <w:rPr>
          <w:lang w:val="cy-GB"/>
        </w:rPr>
        <w:t>’</w:t>
      </w:r>
      <w:r w:rsidRPr="00042B3F">
        <w:rPr>
          <w:lang w:val="cy-GB"/>
        </w:rPr>
        <w:t>w cadw</w:t>
      </w:r>
      <w:r w:rsidR="00914586">
        <w:rPr>
          <w:lang w:val="cy-GB"/>
        </w:rPr>
        <w:t>’</w:t>
      </w:r>
      <w:r w:rsidRPr="00042B3F">
        <w:rPr>
          <w:lang w:val="cy-GB"/>
        </w:rPr>
        <w:t>n ddiogel mewn blwch wedi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i gloi nes y gellir </w:t>
      </w:r>
      <w:r w:rsidR="00936437">
        <w:rPr>
          <w:lang w:val="cy-GB"/>
        </w:rPr>
        <w:t>trwsio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r </w:t>
      </w:r>
      <w:r w:rsidRPr="00042B3F">
        <w:rPr>
          <w:lang w:val="cy-GB"/>
        </w:rPr>
        <w:t xml:space="preserve">cerbyd neu </w:t>
      </w:r>
      <w:r w:rsidR="00936437">
        <w:rPr>
          <w:lang w:val="cy-GB"/>
        </w:rPr>
        <w:t>fynd â</w:t>
      </w:r>
      <w:r w:rsidR="00914586">
        <w:rPr>
          <w:lang w:val="cy-GB"/>
        </w:rPr>
        <w:t>’</w:t>
      </w:r>
      <w:r w:rsidR="00936437">
        <w:rPr>
          <w:lang w:val="cy-GB"/>
        </w:rPr>
        <w:t xml:space="preserve">r cerbyd </w:t>
      </w:r>
      <w:r w:rsidRPr="00042B3F">
        <w:rPr>
          <w:lang w:val="cy-GB"/>
        </w:rPr>
        <w:t>i weithdy i</w:t>
      </w:r>
      <w:r w:rsidR="00914586">
        <w:rPr>
          <w:lang w:val="cy-GB"/>
        </w:rPr>
        <w:t>’</w:t>
      </w:r>
      <w:r w:rsidRPr="00042B3F">
        <w:rPr>
          <w:lang w:val="cy-GB"/>
        </w:rPr>
        <w:t>w atgyweirio</w:t>
      </w:r>
    </w:p>
    <w:p w14:paraId="52EA875B" w14:textId="44C6ED73" w:rsidR="008116CA" w:rsidRPr="00042B3F" w:rsidRDefault="00D066AB" w:rsidP="000A1441">
      <w:pPr>
        <w:numPr>
          <w:ilvl w:val="0"/>
          <w:numId w:val="21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Cerbyd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w ychwanegu at </w:t>
      </w:r>
      <w:r w:rsidR="00936437">
        <w:rPr>
          <w:lang w:val="cy-GB"/>
        </w:rPr>
        <w:t xml:space="preserve">y </w:t>
      </w:r>
      <w:r w:rsidRPr="00042B3F">
        <w:rPr>
          <w:lang w:val="cy-GB"/>
        </w:rPr>
        <w:t xml:space="preserve">daenlen </w:t>
      </w:r>
      <w:r w:rsidR="00936437">
        <w:rPr>
          <w:lang w:val="cy-GB"/>
        </w:rPr>
        <w:t>Cerbydau Oddi ar y Ffordd</w:t>
      </w:r>
      <w:r w:rsidRPr="00042B3F">
        <w:rPr>
          <w:lang w:val="cy-GB"/>
        </w:rPr>
        <w:t>.</w:t>
      </w:r>
    </w:p>
    <w:p w14:paraId="0A578E6C" w14:textId="77777777" w:rsidR="000A1441" w:rsidRPr="00042B3F" w:rsidRDefault="000A1441" w:rsidP="000A1441">
      <w:pPr>
        <w:spacing w:after="0"/>
        <w:ind w:left="720"/>
        <w:jc w:val="both"/>
        <w:rPr>
          <w:lang w:val="cy-GB"/>
        </w:rPr>
      </w:pPr>
    </w:p>
    <w:p w14:paraId="5BFF68F9" w14:textId="77777777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Categori C – Mân Ddiffygion</w:t>
      </w:r>
    </w:p>
    <w:p w14:paraId="706B0AF2" w14:textId="1C17180C" w:rsidR="00F272BB" w:rsidRPr="00042B3F" w:rsidRDefault="00D066AB" w:rsidP="00F272BB">
      <w:pPr>
        <w:numPr>
          <w:ilvl w:val="0"/>
          <w:numId w:val="22"/>
        </w:numPr>
        <w:jc w:val="both"/>
        <w:rPr>
          <w:lang w:val="cy-GB"/>
        </w:rPr>
      </w:pPr>
      <w:r w:rsidRPr="00042B3F">
        <w:rPr>
          <w:lang w:val="cy-GB"/>
        </w:rPr>
        <w:t>Nid yw</w:t>
      </w:r>
      <w:r w:rsidR="00914586">
        <w:rPr>
          <w:lang w:val="cy-GB"/>
        </w:rPr>
        <w:t>’</w:t>
      </w:r>
      <w:r w:rsidRPr="00042B3F">
        <w:rPr>
          <w:lang w:val="cy-GB"/>
        </w:rPr>
        <w:t>n effeithio ar ddiogelwch na chydymffurfiaeth gyfreithiol</w:t>
      </w:r>
    </w:p>
    <w:p w14:paraId="558FD4BB" w14:textId="77777777" w:rsidR="00F272BB" w:rsidRPr="00042B3F" w:rsidRDefault="00D066AB" w:rsidP="00F272BB">
      <w:pPr>
        <w:numPr>
          <w:ilvl w:val="0"/>
          <w:numId w:val="22"/>
        </w:numPr>
        <w:jc w:val="both"/>
        <w:rPr>
          <w:lang w:val="cy-GB"/>
        </w:rPr>
      </w:pPr>
      <w:r w:rsidRPr="00042B3F">
        <w:rPr>
          <w:lang w:val="cy-GB"/>
        </w:rPr>
        <w:t xml:space="preserve">Dyma rai enghreifftiau: </w:t>
      </w:r>
    </w:p>
    <w:p w14:paraId="09E0FCA7" w14:textId="15479BA1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 xml:space="preserve">Mân ddifrod i </w:t>
      </w:r>
      <w:r w:rsidR="00700013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 xml:space="preserve">orff </w:t>
      </w:r>
      <w:r w:rsidR="00700013">
        <w:rPr>
          <w:rFonts w:eastAsia="Times New Roman" w:cs="Segoe UI"/>
          <w:lang w:val="cy-GB" w:eastAsia="en-GB"/>
        </w:rPr>
        <w:t xml:space="preserve">y cerbyd </w:t>
      </w:r>
      <w:r w:rsidRPr="00042B3F">
        <w:rPr>
          <w:rFonts w:eastAsia="Times New Roman" w:cs="Segoe UI"/>
          <w:lang w:val="cy-GB" w:eastAsia="en-GB"/>
        </w:rPr>
        <w:t xml:space="preserve">(crafiadau neu </w:t>
      </w:r>
      <w:r w:rsidR="00700013">
        <w:rPr>
          <w:rFonts w:eastAsia="Times New Roman" w:cs="Segoe UI"/>
          <w:lang w:val="cy-GB" w:eastAsia="en-GB"/>
        </w:rPr>
        <w:t>do</w:t>
      </w:r>
      <w:r w:rsidR="00700013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 w:rsidR="00700013">
        <w:rPr>
          <w:rFonts w:ascii="Segoe UI" w:eastAsia="Times New Roman" w:hAnsi="Segoe UI" w:cs="Segoe UI"/>
          <w:sz w:val="21"/>
          <w:szCs w:val="21"/>
          <w:lang w:val="cy-GB" w:eastAsia="en-GB"/>
        </w:rPr>
        <w:t>ciau</w:t>
      </w:r>
      <w:r w:rsidRPr="00042B3F">
        <w:rPr>
          <w:rFonts w:eastAsia="Times New Roman" w:cs="Segoe UI"/>
          <w:lang w:val="cy-GB" w:eastAsia="en-GB"/>
        </w:rPr>
        <w:t xml:space="preserve">) </w:t>
      </w:r>
    </w:p>
    <w:p w14:paraId="174949AB" w14:textId="1BC86006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 xml:space="preserve">Difrod neu </w:t>
      </w:r>
      <w:r w:rsidR="00700013">
        <w:rPr>
          <w:rFonts w:eastAsia="Times New Roman" w:cs="Segoe UI"/>
          <w:lang w:val="cy-GB" w:eastAsia="en-GB"/>
        </w:rPr>
        <w:t>dreu</w:t>
      </w:r>
      <w:r w:rsidR="00700013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 w:rsidR="00700013">
        <w:rPr>
          <w:rFonts w:ascii="Segoe UI" w:eastAsia="Times New Roman" w:hAnsi="Segoe UI" w:cs="Segoe UI"/>
          <w:sz w:val="21"/>
          <w:szCs w:val="21"/>
          <w:lang w:val="cy-GB" w:eastAsia="en-GB"/>
        </w:rPr>
        <w:t>io tu mewn i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="00700013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r </w:t>
      </w:r>
      <w:r w:rsidRPr="00042B3F">
        <w:rPr>
          <w:rFonts w:eastAsia="Times New Roman" w:cs="Segoe UI"/>
          <w:lang w:val="cy-GB" w:eastAsia="en-GB"/>
        </w:rPr>
        <w:t xml:space="preserve">cab </w:t>
      </w:r>
    </w:p>
    <w:p w14:paraId="719BE508" w14:textId="729DBEAA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 xml:space="preserve">Goleuadau </w:t>
      </w:r>
      <w:r w:rsidR="00700013">
        <w:rPr>
          <w:rFonts w:eastAsia="Times New Roman" w:cs="Segoe UI"/>
          <w:lang w:val="cy-GB" w:eastAsia="en-GB"/>
        </w:rPr>
        <w:t xml:space="preserve">sydd ddim yn rhai </w:t>
      </w:r>
      <w:r w:rsidRPr="00042B3F">
        <w:rPr>
          <w:rFonts w:eastAsia="Times New Roman" w:cs="Segoe UI"/>
          <w:lang w:val="cy-GB" w:eastAsia="en-GB"/>
        </w:rPr>
        <w:t xml:space="preserve">hanfodol ddim yn gweithio (e.e. golau mewnol) </w:t>
      </w:r>
    </w:p>
    <w:p w14:paraId="04AE61CA" w14:textId="77777777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proofErr w:type="spellStart"/>
      <w:r w:rsidRPr="00042B3F">
        <w:rPr>
          <w:rFonts w:eastAsia="Times New Roman" w:cs="Segoe UI"/>
          <w:lang w:val="cy-GB" w:eastAsia="en-GB"/>
        </w:rPr>
        <w:t>Trim</w:t>
      </w:r>
      <w:proofErr w:type="spellEnd"/>
      <w:r w:rsidRPr="00042B3F">
        <w:rPr>
          <w:rFonts w:eastAsia="Times New Roman" w:cs="Segoe UI"/>
          <w:lang w:val="cy-GB" w:eastAsia="en-GB"/>
        </w:rPr>
        <w:t xml:space="preserve"> neu ffitiadau rhydd </w:t>
      </w:r>
    </w:p>
    <w:p w14:paraId="30EA3BDB" w14:textId="5001E515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Mân staeni</w:t>
      </w:r>
      <w:r w:rsidR="00700013">
        <w:rPr>
          <w:rFonts w:eastAsia="Times New Roman" w:cs="Segoe UI"/>
          <w:lang w:val="cy-GB" w:eastAsia="en-GB"/>
        </w:rPr>
        <w:t>au</w:t>
      </w:r>
      <w:r w:rsidRPr="00042B3F">
        <w:rPr>
          <w:rFonts w:eastAsia="Times New Roman" w:cs="Segoe UI"/>
          <w:lang w:val="cy-GB" w:eastAsia="en-GB"/>
        </w:rPr>
        <w:t xml:space="preserve"> olew neu hylif (dim gollyngiad </w:t>
      </w:r>
      <w:r w:rsidR="00700013">
        <w:rPr>
          <w:rFonts w:eastAsia="Times New Roman" w:cs="Segoe UI"/>
          <w:lang w:val="cy-GB" w:eastAsia="en-GB"/>
        </w:rPr>
        <w:t>actif</w:t>
      </w:r>
      <w:r w:rsidRPr="00042B3F">
        <w:rPr>
          <w:rFonts w:eastAsia="Times New Roman" w:cs="Segoe UI"/>
          <w:lang w:val="cy-GB" w:eastAsia="en-GB"/>
        </w:rPr>
        <w:t xml:space="preserve">) </w:t>
      </w:r>
    </w:p>
    <w:p w14:paraId="25070040" w14:textId="5747226E" w:rsidR="00AD14B1" w:rsidRPr="00042B3F" w:rsidRDefault="00700013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proofErr w:type="spellStart"/>
      <w:r>
        <w:rPr>
          <w:rFonts w:eastAsia="Times New Roman" w:cs="Segoe UI"/>
          <w:lang w:val="cy-GB" w:eastAsia="en-GB"/>
        </w:rPr>
        <w:t>Weipars</w:t>
      </w:r>
      <w:proofErr w:type="spellEnd"/>
      <w:r>
        <w:rPr>
          <w:rFonts w:eastAsia="Times New Roman" w:cs="Segoe UI"/>
          <w:lang w:val="cy-GB" w:eastAsia="en-GB"/>
        </w:rPr>
        <w:t xml:space="preserve"> </w:t>
      </w:r>
      <w:r w:rsidR="00D066AB" w:rsidRPr="00042B3F">
        <w:rPr>
          <w:rFonts w:eastAsia="Times New Roman" w:cs="Segoe UI"/>
          <w:lang w:val="cy-GB" w:eastAsia="en-GB"/>
        </w:rPr>
        <w:t>wedi</w:t>
      </w:r>
      <w:r w:rsidR="00914586">
        <w:rPr>
          <w:rFonts w:eastAsia="Times New Roman" w:cs="Segoe UI"/>
          <w:lang w:val="cy-GB" w:eastAsia="en-GB"/>
        </w:rPr>
        <w:t>’</w:t>
      </w:r>
      <w:r w:rsidR="00D066AB" w:rsidRPr="00042B3F">
        <w:rPr>
          <w:rFonts w:eastAsia="Times New Roman" w:cs="Segoe UI"/>
          <w:lang w:val="cy-GB" w:eastAsia="en-GB"/>
        </w:rPr>
        <w:t xml:space="preserve">u </w:t>
      </w:r>
      <w:r>
        <w:rPr>
          <w:rFonts w:eastAsia="Times New Roman" w:cs="Segoe UI"/>
          <w:lang w:val="cy-GB" w:eastAsia="en-GB"/>
        </w:rPr>
        <w:t>treu</w:t>
      </w:r>
      <w:r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io </w:t>
      </w:r>
      <w:r w:rsidR="00D066AB" w:rsidRPr="00042B3F">
        <w:rPr>
          <w:rFonts w:eastAsia="Times New Roman" w:cs="Segoe UI"/>
          <w:lang w:val="cy-GB" w:eastAsia="en-GB"/>
        </w:rPr>
        <w:t xml:space="preserve">ond </w:t>
      </w:r>
      <w:r>
        <w:rPr>
          <w:rFonts w:eastAsia="Times New Roman" w:cs="Segoe UI"/>
          <w:lang w:val="cy-GB" w:eastAsia="en-GB"/>
        </w:rPr>
        <w:t>yn gweithio</w:t>
      </w:r>
      <w:r w:rsidR="00D066AB" w:rsidRPr="00042B3F">
        <w:rPr>
          <w:rFonts w:eastAsia="Times New Roman" w:cs="Segoe UI"/>
          <w:lang w:val="cy-GB" w:eastAsia="en-GB"/>
        </w:rPr>
        <w:t xml:space="preserve"> </w:t>
      </w:r>
    </w:p>
    <w:p w14:paraId="18A159DD" w14:textId="77777777" w:rsidR="00AD14B1" w:rsidRPr="00042B3F" w:rsidRDefault="00D066AB" w:rsidP="00AD14B1">
      <w:pPr>
        <w:pStyle w:val="ListParagraph"/>
        <w:numPr>
          <w:ilvl w:val="1"/>
          <w:numId w:val="2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Problemau cosmetig gyda gwaith paent</w:t>
      </w:r>
    </w:p>
    <w:p w14:paraId="0101391F" w14:textId="77777777" w:rsidR="00AD14B1" w:rsidRPr="00042B3F" w:rsidRDefault="00AD14B1" w:rsidP="00AD14B1">
      <w:pPr>
        <w:pStyle w:val="ListParagraph"/>
        <w:spacing w:after="0" w:line="300" w:lineRule="atLeast"/>
        <w:rPr>
          <w:rFonts w:ascii="Segoe UI" w:eastAsia="Times New Roman" w:hAnsi="Segoe UI" w:cs="Segoe UI"/>
          <w:sz w:val="21"/>
          <w:szCs w:val="21"/>
          <w:lang w:val="cy-GB" w:eastAsia="en-GB"/>
        </w:rPr>
      </w:pPr>
    </w:p>
    <w:p w14:paraId="26F918D4" w14:textId="77777777" w:rsidR="00F272BB" w:rsidRPr="00042B3F" w:rsidRDefault="00D066AB" w:rsidP="00F272BB">
      <w:pPr>
        <w:jc w:val="both"/>
        <w:rPr>
          <w:lang w:val="cy-GB"/>
        </w:rPr>
      </w:pPr>
      <w:r w:rsidRPr="00042B3F">
        <w:rPr>
          <w:b/>
          <w:bCs/>
          <w:lang w:val="cy-GB"/>
        </w:rPr>
        <w:t>Cam gweithredu:</w:t>
      </w:r>
    </w:p>
    <w:p w14:paraId="3D3A4A32" w14:textId="0D352B0E" w:rsidR="00F272BB" w:rsidRPr="00042B3F" w:rsidRDefault="00D066AB" w:rsidP="00C201EC">
      <w:pPr>
        <w:numPr>
          <w:ilvl w:val="0"/>
          <w:numId w:val="23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Cofnodi ar y llyfr diffygion / system </w:t>
      </w:r>
      <w:r w:rsidR="00914586">
        <w:rPr>
          <w:lang w:val="cy-GB"/>
        </w:rPr>
        <w:t>adrodd am</w:t>
      </w:r>
      <w:r w:rsidR="00700013">
        <w:rPr>
          <w:lang w:val="cy-GB"/>
        </w:rPr>
        <w:t xml:space="preserve"> </w:t>
      </w:r>
      <w:r w:rsidR="00914586">
        <w:rPr>
          <w:lang w:val="cy-GB"/>
        </w:rPr>
        <w:t>d</w:t>
      </w:r>
      <w:r w:rsidRPr="00042B3F">
        <w:rPr>
          <w:lang w:val="cy-GB"/>
        </w:rPr>
        <w:t xml:space="preserve">diffygion </w:t>
      </w:r>
      <w:r w:rsidR="00700013">
        <w:rPr>
          <w:lang w:val="cy-GB"/>
        </w:rPr>
        <w:t>d</w:t>
      </w:r>
      <w:r w:rsidRPr="00042B3F">
        <w:rPr>
          <w:lang w:val="cy-GB"/>
        </w:rPr>
        <w:t>digidol a monitr</w:t>
      </w:r>
      <w:r w:rsidR="00700013">
        <w:rPr>
          <w:lang w:val="cy-GB"/>
        </w:rPr>
        <w:t>o</w:t>
      </w:r>
      <w:r w:rsidRPr="00042B3F">
        <w:rPr>
          <w:lang w:val="cy-GB"/>
        </w:rPr>
        <w:t>.</w:t>
      </w:r>
    </w:p>
    <w:p w14:paraId="003D2298" w14:textId="38C11902" w:rsidR="006538C0" w:rsidRPr="00042B3F" w:rsidRDefault="00D066AB" w:rsidP="00C201EC">
      <w:pPr>
        <w:numPr>
          <w:ilvl w:val="0"/>
          <w:numId w:val="23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Rhaid hysbysu</w:t>
      </w:r>
      <w:r w:rsidR="00914586">
        <w:rPr>
          <w:lang w:val="cy-GB"/>
        </w:rPr>
        <w:t>’</w:t>
      </w:r>
      <w:r w:rsidRPr="00042B3F">
        <w:rPr>
          <w:lang w:val="cy-GB"/>
        </w:rPr>
        <w:t>r goruchwylydd.</w:t>
      </w:r>
    </w:p>
    <w:p w14:paraId="4464C27D" w14:textId="69379ECB" w:rsidR="00F272BB" w:rsidRPr="00042B3F" w:rsidRDefault="00D066AB" w:rsidP="00F272BB">
      <w:pPr>
        <w:numPr>
          <w:ilvl w:val="0"/>
          <w:numId w:val="23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Amserlennu atgyweiri</w:t>
      </w:r>
      <w:r w:rsidR="00CE5CF1">
        <w:rPr>
          <w:lang w:val="cy-GB"/>
        </w:rPr>
        <w:t>adau</w:t>
      </w:r>
      <w:r w:rsidRPr="00042B3F">
        <w:rPr>
          <w:lang w:val="cy-GB"/>
        </w:rPr>
        <w:t xml:space="preserve"> gyda</w:t>
      </w:r>
      <w:r w:rsidR="00914586">
        <w:rPr>
          <w:lang w:val="cy-GB"/>
        </w:rPr>
        <w:t>’</w:t>
      </w:r>
      <w:r w:rsidRPr="00042B3F">
        <w:rPr>
          <w:lang w:val="cy-GB"/>
        </w:rPr>
        <w:t>r gweithdy a</w:t>
      </w:r>
      <w:r w:rsidR="00914586">
        <w:rPr>
          <w:lang w:val="cy-GB"/>
        </w:rPr>
        <w:t>’</w:t>
      </w:r>
      <w:r w:rsidRPr="00042B3F">
        <w:rPr>
          <w:lang w:val="cy-GB"/>
        </w:rPr>
        <w:t>r fflyd.</w:t>
      </w:r>
    </w:p>
    <w:p w14:paraId="688601C3" w14:textId="78B479C2" w:rsidR="000E32BE" w:rsidRPr="00042B3F" w:rsidRDefault="00D066AB" w:rsidP="00F272BB">
      <w:pPr>
        <w:numPr>
          <w:ilvl w:val="0"/>
          <w:numId w:val="23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Fflyd i godi cerdyn gweinyddol </w:t>
      </w:r>
      <w:r w:rsidR="00CE5CF1">
        <w:rPr>
          <w:lang w:val="cy-GB"/>
        </w:rPr>
        <w:t xml:space="preserve">Cerbyd Oddi ar y Ffordd </w:t>
      </w:r>
      <w:r w:rsidRPr="00042B3F">
        <w:rPr>
          <w:lang w:val="cy-GB"/>
        </w:rPr>
        <w:t xml:space="preserve">ar system </w:t>
      </w:r>
      <w:r w:rsidR="00CE5CF1">
        <w:rPr>
          <w:lang w:val="cy-GB"/>
        </w:rPr>
        <w:t>g</w:t>
      </w:r>
      <w:r w:rsidRPr="00042B3F">
        <w:rPr>
          <w:lang w:val="cy-GB"/>
        </w:rPr>
        <w:t>ynnal a chadw</w:t>
      </w:r>
      <w:r w:rsidR="00914586">
        <w:rPr>
          <w:lang w:val="cy-GB"/>
        </w:rPr>
        <w:t>’</w:t>
      </w:r>
      <w:r w:rsidR="00CE5CF1">
        <w:rPr>
          <w:lang w:val="cy-GB"/>
        </w:rPr>
        <w:t>r</w:t>
      </w:r>
      <w:r w:rsidRPr="00042B3F">
        <w:rPr>
          <w:lang w:val="cy-GB"/>
        </w:rPr>
        <w:t xml:space="preserve"> fflyd.</w:t>
      </w:r>
    </w:p>
    <w:p w14:paraId="77FE8195" w14:textId="77777777" w:rsidR="009D4DA2" w:rsidRPr="00042B3F" w:rsidRDefault="009D4DA2" w:rsidP="009D4DA2">
      <w:pPr>
        <w:spacing w:after="0"/>
        <w:ind w:left="720"/>
        <w:jc w:val="both"/>
        <w:rPr>
          <w:lang w:val="cy-GB"/>
        </w:rPr>
      </w:pPr>
    </w:p>
    <w:p w14:paraId="79BE38F9" w14:textId="57F87268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>2.5 Cyfathrebu a</w:t>
      </w:r>
      <w:r w:rsidR="00CE5CF1">
        <w:rPr>
          <w:b/>
          <w:bCs/>
          <w:lang w:val="cy-GB"/>
        </w:rPr>
        <w:t xml:space="preserve">c </w:t>
      </w:r>
      <w:proofErr w:type="spellStart"/>
      <w:r w:rsidR="00875792">
        <w:rPr>
          <w:b/>
          <w:bCs/>
          <w:lang w:val="cy-GB"/>
        </w:rPr>
        <w:t>Uwchgyfeirio</w:t>
      </w:r>
      <w:proofErr w:type="spellEnd"/>
    </w:p>
    <w:p w14:paraId="119C8E70" w14:textId="7E4930D4" w:rsidR="008C447F" w:rsidRPr="00042B3F" w:rsidRDefault="00D066AB" w:rsidP="008C447F">
      <w:pPr>
        <w:spacing w:after="0" w:line="300" w:lineRule="atLeast"/>
        <w:rPr>
          <w:rFonts w:eastAsia="Times New Roman" w:cs="Segoe UI"/>
          <w:sz w:val="21"/>
          <w:szCs w:val="21"/>
          <w:lang w:val="cy-GB" w:eastAsia="en-GB"/>
        </w:rPr>
      </w:pPr>
      <w:r w:rsidRPr="00042B3F">
        <w:rPr>
          <w:rFonts w:eastAsia="Times New Roman" w:cs="Segoe UI"/>
          <w:sz w:val="21"/>
          <w:szCs w:val="21"/>
          <w:lang w:val="cy-GB" w:eastAsia="en-GB"/>
        </w:rPr>
        <w:t>Rhaid cyfathrebu pob diffyg trwy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r broses </w:t>
      </w:r>
      <w:r w:rsidR="00914586">
        <w:rPr>
          <w:rFonts w:eastAsia="Times New Roman" w:cs="Segoe UI"/>
          <w:sz w:val="21"/>
          <w:szCs w:val="21"/>
          <w:lang w:val="cy-GB" w:eastAsia="en-GB"/>
        </w:rPr>
        <w:t>adrodd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 ac </w:t>
      </w:r>
      <w:proofErr w:type="spellStart"/>
      <w:r w:rsidR="00875792">
        <w:rPr>
          <w:rFonts w:eastAsia="Times New Roman" w:cs="Segoe UI"/>
          <w:sz w:val="21"/>
          <w:szCs w:val="21"/>
          <w:lang w:val="cy-GB" w:eastAsia="en-GB"/>
        </w:rPr>
        <w:t>uwchgyfeirio</w:t>
      </w:r>
      <w:proofErr w:type="spellEnd"/>
      <w:r w:rsidR="00CE5CF1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 </w:t>
      </w:r>
      <w:r w:rsidR="00CE5CF1">
        <w:rPr>
          <w:rFonts w:eastAsia="Times New Roman" w:cs="Segoe UI"/>
          <w:sz w:val="21"/>
          <w:szCs w:val="21"/>
          <w:lang w:val="cy-GB" w:eastAsia="en-GB"/>
        </w:rPr>
        <w:t>b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riodol i sicrhau </w:t>
      </w:r>
      <w:r w:rsidR="00CE5CF1">
        <w:rPr>
          <w:rFonts w:eastAsia="Times New Roman" w:cs="Segoe UI"/>
          <w:sz w:val="21"/>
          <w:szCs w:val="21"/>
          <w:lang w:val="cy-GB" w:eastAsia="en-GB"/>
        </w:rPr>
        <w:t>y caiff ei drwsio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="00CE5CF1">
        <w:rPr>
          <w:rFonts w:eastAsia="Times New Roman" w:cs="Segoe UI"/>
          <w:sz w:val="21"/>
          <w:szCs w:val="21"/>
          <w:lang w:val="cy-GB" w:eastAsia="en-GB"/>
        </w:rPr>
        <w:t>n bryd</w:t>
      </w:r>
      <w:r w:rsidR="00CE5CF1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 w:rsidR="00CE5CF1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on 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a chynnal cydymffurfiaeth 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y </w:t>
      </w:r>
      <w:r w:rsidRPr="00042B3F">
        <w:rPr>
          <w:rFonts w:eastAsia="Times New Roman" w:cs="Segoe UI"/>
          <w:sz w:val="21"/>
          <w:szCs w:val="21"/>
          <w:lang w:val="cy-GB" w:eastAsia="en-GB"/>
        </w:rPr>
        <w:t>cerbyd.</w:t>
      </w:r>
    </w:p>
    <w:p w14:paraId="3E111A68" w14:textId="77777777" w:rsidR="008C447F" w:rsidRPr="00042B3F" w:rsidRDefault="008C447F" w:rsidP="008C447F">
      <w:pPr>
        <w:pStyle w:val="ListParagraph"/>
        <w:spacing w:after="0" w:line="300" w:lineRule="atLeast"/>
        <w:rPr>
          <w:rFonts w:eastAsia="Times New Roman" w:cs="Segoe UI"/>
          <w:sz w:val="21"/>
          <w:szCs w:val="21"/>
          <w:lang w:val="cy-GB" w:eastAsia="en-GB"/>
        </w:rPr>
      </w:pPr>
    </w:p>
    <w:p w14:paraId="312ED8B4" w14:textId="52B7E300" w:rsidR="00D33D80" w:rsidRPr="00042B3F" w:rsidRDefault="00D066AB" w:rsidP="00D33D80">
      <w:pPr>
        <w:pStyle w:val="ListParagraph"/>
        <w:numPr>
          <w:ilvl w:val="0"/>
          <w:numId w:val="31"/>
        </w:numPr>
        <w:spacing w:after="0"/>
        <w:jc w:val="both"/>
        <w:rPr>
          <w:lang w:val="cy-GB"/>
        </w:rPr>
      </w:pPr>
      <w:r w:rsidRPr="00042B3F">
        <w:rPr>
          <w:b/>
          <w:bCs/>
          <w:lang w:val="cy-GB"/>
        </w:rPr>
        <w:t>Cyfrifoldebau</w:t>
      </w:r>
      <w:r w:rsidR="00914586">
        <w:rPr>
          <w:b/>
          <w:bCs/>
          <w:lang w:val="cy-GB"/>
        </w:rPr>
        <w:t>’</w:t>
      </w:r>
      <w:r w:rsidR="00CE5CF1">
        <w:rPr>
          <w:b/>
          <w:bCs/>
          <w:lang w:val="cy-GB"/>
        </w:rPr>
        <w:t>r</w:t>
      </w:r>
      <w:r w:rsidRPr="00042B3F">
        <w:rPr>
          <w:b/>
          <w:bCs/>
          <w:lang w:val="cy-GB"/>
        </w:rPr>
        <w:t xml:space="preserve"> Gyr</w:t>
      </w:r>
      <w:r w:rsidR="00CE5CF1">
        <w:rPr>
          <w:b/>
          <w:bCs/>
          <w:lang w:val="cy-GB"/>
        </w:rPr>
        <w:t>r</w:t>
      </w:r>
      <w:r w:rsidRPr="00042B3F">
        <w:rPr>
          <w:b/>
          <w:bCs/>
          <w:lang w:val="cy-GB"/>
        </w:rPr>
        <w:t>wr</w:t>
      </w:r>
    </w:p>
    <w:p w14:paraId="6D3C51D2" w14:textId="17984172" w:rsidR="008539BD" w:rsidRPr="00042B3F" w:rsidRDefault="00875792" w:rsidP="008539BD">
      <w:pPr>
        <w:pStyle w:val="ListParagraph"/>
        <w:numPr>
          <w:ilvl w:val="1"/>
          <w:numId w:val="31"/>
        </w:numPr>
        <w:spacing w:after="0" w:line="300" w:lineRule="atLeast"/>
        <w:rPr>
          <w:rFonts w:eastAsia="Times New Roman" w:cs="Segoe UI"/>
          <w:sz w:val="21"/>
          <w:szCs w:val="21"/>
          <w:lang w:val="cy-GB" w:eastAsia="en-GB"/>
        </w:rPr>
      </w:pPr>
      <w:r>
        <w:rPr>
          <w:rFonts w:eastAsia="Times New Roman" w:cs="Segoe UI"/>
          <w:sz w:val="21"/>
          <w:szCs w:val="21"/>
          <w:lang w:val="cy-GB" w:eastAsia="en-GB"/>
        </w:rPr>
        <w:t>Adrodd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 </w:t>
      </w:r>
      <w:r w:rsidR="00D066AB" w:rsidRPr="00042B3F">
        <w:rPr>
          <w:rFonts w:eastAsia="Times New Roman" w:cs="Segoe UI"/>
          <w:sz w:val="21"/>
          <w:szCs w:val="21"/>
          <w:lang w:val="cy-GB" w:eastAsia="en-GB"/>
        </w:rPr>
        <w:t>unrhyw ddiffyg i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="00D066AB" w:rsidRPr="00042B3F">
        <w:rPr>
          <w:rFonts w:eastAsia="Times New Roman" w:cs="Segoe UI"/>
          <w:sz w:val="21"/>
          <w:szCs w:val="21"/>
          <w:lang w:val="cy-GB" w:eastAsia="en-GB"/>
        </w:rPr>
        <w:t>w Goruchwyliwr neu Arweinydd Tîm ar unwaith, naill ai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="00D066AB" w:rsidRPr="00042B3F">
        <w:rPr>
          <w:rFonts w:eastAsia="Times New Roman" w:cs="Segoe UI"/>
          <w:sz w:val="21"/>
          <w:szCs w:val="21"/>
          <w:lang w:val="cy-GB" w:eastAsia="en-GB"/>
        </w:rPr>
        <w:t xml:space="preserve">n bersonol neu dros y ffôn. </w:t>
      </w:r>
    </w:p>
    <w:p w14:paraId="3E1BDCBA" w14:textId="724AF682" w:rsidR="008539BD" w:rsidRPr="00042B3F" w:rsidRDefault="00D066AB" w:rsidP="008539BD">
      <w:pPr>
        <w:pStyle w:val="ListParagraph"/>
        <w:numPr>
          <w:ilvl w:val="1"/>
          <w:numId w:val="31"/>
        </w:numPr>
        <w:spacing w:after="0" w:line="300" w:lineRule="atLeast"/>
        <w:rPr>
          <w:rFonts w:eastAsia="Times New Roman" w:cs="Segoe UI"/>
          <w:sz w:val="21"/>
          <w:szCs w:val="21"/>
          <w:lang w:val="cy-GB" w:eastAsia="en-GB"/>
        </w:rPr>
      </w:pP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Pan ddefnyddir llyfr diffygion papur, </w:t>
      </w:r>
      <w:r w:rsidR="00CE5CF1">
        <w:rPr>
          <w:rFonts w:eastAsia="Times New Roman" w:cs="Segoe UI"/>
          <w:sz w:val="21"/>
          <w:szCs w:val="21"/>
          <w:lang w:val="cy-GB" w:eastAsia="en-GB"/>
        </w:rPr>
        <w:t>cyf</w:t>
      </w:r>
      <w:r w:rsidR="00CE5CF1" w:rsidRPr="00042B3F">
        <w:rPr>
          <w:rFonts w:ascii="Segoe UI" w:eastAsia="Times New Roman" w:hAnsi="Segoe UI" w:cs="Segoe UI"/>
          <w:sz w:val="21"/>
          <w:szCs w:val="21"/>
          <w:lang w:val="cy-GB" w:eastAsia="en-GB"/>
        </w:rPr>
        <w:t>l</w:t>
      </w:r>
      <w:r w:rsidR="00CE5CF1">
        <w:rPr>
          <w:rFonts w:ascii="Segoe UI" w:eastAsia="Times New Roman" w:hAnsi="Segoe UI" w:cs="Segoe UI"/>
          <w:sz w:val="21"/>
          <w:szCs w:val="21"/>
          <w:lang w:val="cy-GB" w:eastAsia="en-GB"/>
        </w:rPr>
        <w:t>wyno</w:t>
      </w:r>
      <w:r w:rsidR="00914586">
        <w:rPr>
          <w:rFonts w:ascii="Segoe UI" w:eastAsia="Times New Roman" w:hAnsi="Segoe UI" w:cs="Segoe UI"/>
          <w:sz w:val="21"/>
          <w:szCs w:val="21"/>
          <w:lang w:val="cy-GB" w:eastAsia="en-GB"/>
        </w:rPr>
        <w:t>’</w:t>
      </w:r>
      <w:r w:rsidR="00CE5CF1">
        <w:rPr>
          <w:rFonts w:ascii="Segoe UI" w:eastAsia="Times New Roman" w:hAnsi="Segoe UI" w:cs="Segoe UI"/>
          <w:sz w:val="21"/>
          <w:szCs w:val="21"/>
          <w:lang w:val="cy-GB" w:eastAsia="en-GB"/>
        </w:rPr>
        <w:t xml:space="preserve">r </w:t>
      </w:r>
      <w:r w:rsidRPr="00042B3F">
        <w:rPr>
          <w:rFonts w:eastAsia="Times New Roman" w:cs="Segoe UI"/>
          <w:sz w:val="21"/>
          <w:szCs w:val="21"/>
          <w:lang w:val="cy-GB" w:eastAsia="en-GB"/>
        </w:rPr>
        <w:t>llyfr diffygion i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>r Gweithdy wrth ddanfon y cerbyd i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w </w:t>
      </w:r>
      <w:r w:rsidR="00CE5CF1">
        <w:rPr>
          <w:rFonts w:eastAsia="Times New Roman" w:cs="Segoe UI"/>
          <w:sz w:val="21"/>
          <w:szCs w:val="21"/>
          <w:lang w:val="cy-GB" w:eastAsia="en-GB"/>
        </w:rPr>
        <w:t>drwsio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. </w:t>
      </w:r>
    </w:p>
    <w:p w14:paraId="4DEF93BA" w14:textId="5F499F36" w:rsidR="008539BD" w:rsidRPr="00042B3F" w:rsidRDefault="00D066AB" w:rsidP="008539BD">
      <w:pPr>
        <w:pStyle w:val="ListParagraph"/>
        <w:numPr>
          <w:ilvl w:val="1"/>
          <w:numId w:val="31"/>
        </w:numPr>
        <w:spacing w:after="0" w:line="300" w:lineRule="atLeast"/>
        <w:rPr>
          <w:rFonts w:eastAsia="Times New Roman" w:cs="Segoe UI"/>
          <w:sz w:val="21"/>
          <w:szCs w:val="21"/>
          <w:lang w:val="cy-GB" w:eastAsia="en-GB"/>
        </w:rPr>
      </w:pP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Pan ddefnyddir system </w:t>
      </w:r>
      <w:r w:rsidR="00482FC6">
        <w:rPr>
          <w:rFonts w:eastAsia="Times New Roman" w:cs="Segoe UI"/>
          <w:sz w:val="21"/>
          <w:szCs w:val="21"/>
          <w:lang w:val="cy-GB" w:eastAsia="en-GB"/>
        </w:rPr>
        <w:t>adrodd am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 </w:t>
      </w:r>
      <w:r w:rsidR="00482FC6">
        <w:rPr>
          <w:rFonts w:eastAsia="Times New Roman" w:cs="Segoe UI"/>
          <w:sz w:val="21"/>
          <w:szCs w:val="21"/>
          <w:lang w:val="cy-GB" w:eastAsia="en-GB"/>
        </w:rPr>
        <w:t>d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diffygion </w:t>
      </w:r>
      <w:r w:rsidR="00CE5CF1">
        <w:rPr>
          <w:rFonts w:eastAsia="Times New Roman" w:cs="Segoe UI"/>
          <w:sz w:val="21"/>
          <w:szCs w:val="21"/>
          <w:lang w:val="cy-GB" w:eastAsia="en-GB"/>
        </w:rPr>
        <w:t>d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digidol, 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sicrhau </w:t>
      </w:r>
      <w:r w:rsidRPr="00042B3F">
        <w:rPr>
          <w:rFonts w:eastAsia="Times New Roman" w:cs="Segoe UI"/>
          <w:sz w:val="21"/>
          <w:szCs w:val="21"/>
          <w:lang w:val="cy-GB" w:eastAsia="en-GB"/>
        </w:rPr>
        <w:t>bod y diffyg wedi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>i gyflwyno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 xml:space="preserve">n gywir a darparu unrhyw wybodaeth ychwanegol y </w:t>
      </w:r>
      <w:r w:rsidR="00CE5CF1">
        <w:rPr>
          <w:rFonts w:eastAsia="Times New Roman" w:cs="Segoe UI"/>
          <w:sz w:val="21"/>
          <w:szCs w:val="21"/>
          <w:lang w:val="cy-GB" w:eastAsia="en-GB"/>
        </w:rPr>
        <w:t>mae p</w:t>
      </w:r>
      <w:r w:rsidRPr="00042B3F">
        <w:rPr>
          <w:rFonts w:eastAsia="Times New Roman" w:cs="Segoe UI"/>
          <w:sz w:val="21"/>
          <w:szCs w:val="21"/>
          <w:lang w:val="cy-GB" w:eastAsia="en-GB"/>
        </w:rPr>
        <w:t>ersonél y Fflyd neu</w:t>
      </w:r>
      <w:r w:rsidR="00914586">
        <w:rPr>
          <w:rFonts w:eastAsia="Times New Roman" w:cs="Segoe UI"/>
          <w:sz w:val="21"/>
          <w:szCs w:val="21"/>
          <w:lang w:val="cy-GB" w:eastAsia="en-GB"/>
        </w:rPr>
        <w:t>’</w:t>
      </w:r>
      <w:r w:rsidRPr="00042B3F">
        <w:rPr>
          <w:rFonts w:eastAsia="Times New Roman" w:cs="Segoe UI"/>
          <w:sz w:val="21"/>
          <w:szCs w:val="21"/>
          <w:lang w:val="cy-GB" w:eastAsia="en-GB"/>
        </w:rPr>
        <w:t>r Gweithdy</w:t>
      </w:r>
      <w:r w:rsidR="00CE5CF1">
        <w:rPr>
          <w:rFonts w:eastAsia="Times New Roman" w:cs="Segoe UI"/>
          <w:sz w:val="21"/>
          <w:szCs w:val="21"/>
          <w:lang w:val="cy-GB" w:eastAsia="en-GB"/>
        </w:rPr>
        <w:t xml:space="preserve"> yn gofyn amdani</w:t>
      </w:r>
      <w:r w:rsidRPr="00042B3F">
        <w:rPr>
          <w:rFonts w:eastAsia="Times New Roman" w:cs="Segoe UI"/>
          <w:sz w:val="21"/>
          <w:szCs w:val="21"/>
          <w:lang w:val="cy-GB" w:eastAsia="en-GB"/>
        </w:rPr>
        <w:t>.</w:t>
      </w:r>
    </w:p>
    <w:p w14:paraId="7B031D56" w14:textId="5B6FD058" w:rsidR="00F272BB" w:rsidRPr="00042B3F" w:rsidRDefault="00D066AB" w:rsidP="00E7689E">
      <w:pPr>
        <w:pStyle w:val="ListParagraph"/>
        <w:numPr>
          <w:ilvl w:val="0"/>
          <w:numId w:val="31"/>
        </w:numPr>
        <w:spacing w:after="0"/>
        <w:jc w:val="both"/>
        <w:rPr>
          <w:lang w:val="cy-GB"/>
        </w:rPr>
      </w:pPr>
      <w:r w:rsidRPr="00042B3F">
        <w:rPr>
          <w:b/>
          <w:bCs/>
          <w:lang w:val="cy-GB"/>
        </w:rPr>
        <w:t>Cyfrifoldebau</w:t>
      </w:r>
      <w:r w:rsidR="00914586">
        <w:rPr>
          <w:b/>
          <w:bCs/>
          <w:lang w:val="cy-GB"/>
        </w:rPr>
        <w:t>’</w:t>
      </w:r>
      <w:r w:rsidR="00CE5CF1">
        <w:rPr>
          <w:b/>
          <w:bCs/>
          <w:lang w:val="cy-GB"/>
        </w:rPr>
        <w:t xml:space="preserve">r </w:t>
      </w:r>
      <w:r w:rsidRPr="00042B3F">
        <w:rPr>
          <w:b/>
          <w:bCs/>
          <w:lang w:val="cy-GB"/>
        </w:rPr>
        <w:t>Goruchwyliwr</w:t>
      </w:r>
    </w:p>
    <w:p w14:paraId="4189531E" w14:textId="34F41E97" w:rsidR="00E7689E" w:rsidRPr="00042B3F" w:rsidRDefault="00482FC6" w:rsidP="00E7689E">
      <w:pPr>
        <w:pStyle w:val="ListParagraph"/>
        <w:numPr>
          <w:ilvl w:val="1"/>
          <w:numId w:val="31"/>
        </w:numPr>
        <w:spacing w:after="0"/>
        <w:jc w:val="both"/>
        <w:rPr>
          <w:lang w:val="cy-GB"/>
        </w:rPr>
      </w:pPr>
      <w:r>
        <w:rPr>
          <w:lang w:val="cy-GB"/>
        </w:rPr>
        <w:t xml:space="preserve">Rhoi gwybod </w:t>
      </w:r>
      <w:r w:rsidR="00D066AB" w:rsidRPr="00042B3F">
        <w:rPr>
          <w:lang w:val="cy-GB"/>
        </w:rPr>
        <w:t>i</w:t>
      </w:r>
      <w:r w:rsidR="00914586">
        <w:rPr>
          <w:lang w:val="cy-GB"/>
        </w:rPr>
        <w:t>’</w:t>
      </w:r>
      <w:r w:rsidR="00CE5CF1">
        <w:rPr>
          <w:lang w:val="cy-GB"/>
        </w:rPr>
        <w:t>r</w:t>
      </w:r>
      <w:r w:rsidR="00D066AB" w:rsidRPr="00042B3F">
        <w:rPr>
          <w:lang w:val="cy-GB"/>
        </w:rPr>
        <w:t xml:space="preserve"> F</w:t>
      </w:r>
      <w:r w:rsidR="00CE5CF1">
        <w:rPr>
          <w:lang w:val="cy-GB"/>
        </w:rPr>
        <w:t>f</w:t>
      </w:r>
      <w:r w:rsidR="00D066AB" w:rsidRPr="00042B3F">
        <w:rPr>
          <w:lang w:val="cy-GB"/>
        </w:rPr>
        <w:t>l</w:t>
      </w:r>
      <w:r w:rsidR="00CE5CF1">
        <w:rPr>
          <w:lang w:val="cy-GB"/>
        </w:rPr>
        <w:t xml:space="preserve">yd </w:t>
      </w:r>
      <w:r>
        <w:rPr>
          <w:lang w:val="cy-GB"/>
        </w:rPr>
        <w:t xml:space="preserve">am y </w:t>
      </w:r>
      <w:r w:rsidRPr="00042B3F">
        <w:rPr>
          <w:lang w:val="cy-GB"/>
        </w:rPr>
        <w:t xml:space="preserve">diffyg </w:t>
      </w:r>
      <w:r w:rsidR="00D066AB" w:rsidRPr="00042B3F">
        <w:rPr>
          <w:lang w:val="cy-GB"/>
        </w:rPr>
        <w:t>naill ai trwy alwad ffôn neu e-bost.</w:t>
      </w:r>
    </w:p>
    <w:p w14:paraId="4C468EDF" w14:textId="77777777" w:rsidR="009D4DA2" w:rsidRPr="00042B3F" w:rsidRDefault="009D4DA2" w:rsidP="009D4DA2">
      <w:pPr>
        <w:spacing w:after="0"/>
        <w:ind w:left="720"/>
        <w:jc w:val="both"/>
        <w:rPr>
          <w:lang w:val="cy-GB"/>
        </w:rPr>
      </w:pPr>
    </w:p>
    <w:p w14:paraId="49E3ED35" w14:textId="60B74380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Ar gyfer gweithrediadau y tu allan i oriau</w:t>
      </w:r>
      <w:r w:rsidR="00CE5CF1">
        <w:rPr>
          <w:lang w:val="cy-GB"/>
        </w:rPr>
        <w:t xml:space="preserve"> arfero</w:t>
      </w:r>
      <w:r w:rsidR="00CE5CF1" w:rsidRPr="00042B3F">
        <w:rPr>
          <w:lang w:val="cy-GB"/>
        </w:rPr>
        <w:t>l</w:t>
      </w:r>
      <w:r w:rsidRPr="00042B3F">
        <w:rPr>
          <w:lang w:val="cy-GB"/>
        </w:rPr>
        <w:t>, wrth gefn neu argyfwng:</w:t>
      </w:r>
    </w:p>
    <w:p w14:paraId="480FEF2F" w14:textId="1332A006" w:rsidR="002D0FFC" w:rsidRPr="00042B3F" w:rsidRDefault="00D066AB" w:rsidP="002D0FFC">
      <w:pPr>
        <w:numPr>
          <w:ilvl w:val="0"/>
          <w:numId w:val="2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Rhaid </w:t>
      </w:r>
      <w:r w:rsidR="00482FC6">
        <w:rPr>
          <w:lang w:val="cy-GB"/>
        </w:rPr>
        <w:t>adrodd</w:t>
      </w:r>
      <w:r w:rsidR="00CE5CF1">
        <w:rPr>
          <w:lang w:val="cy-GB"/>
        </w:rPr>
        <w:t xml:space="preserve"> </w:t>
      </w:r>
      <w:r w:rsidRPr="00042B3F">
        <w:rPr>
          <w:lang w:val="cy-GB"/>
        </w:rPr>
        <w:t xml:space="preserve">diffygion </w:t>
      </w:r>
      <w:r w:rsidR="00CE5CF1">
        <w:rPr>
          <w:lang w:val="cy-GB"/>
        </w:rPr>
        <w:t>i</w:t>
      </w:r>
      <w:r w:rsidR="00914586">
        <w:rPr>
          <w:lang w:val="cy-GB"/>
        </w:rPr>
        <w:t>’</w:t>
      </w:r>
      <w:r w:rsidR="00CE5CF1">
        <w:rPr>
          <w:lang w:val="cy-GB"/>
        </w:rPr>
        <w:t xml:space="preserve">r </w:t>
      </w:r>
      <w:r w:rsidRPr="00042B3F">
        <w:rPr>
          <w:lang w:val="cy-GB"/>
        </w:rPr>
        <w:t xml:space="preserve">Fflyd 07721 605917 / 07976 463579 </w:t>
      </w:r>
    </w:p>
    <w:p w14:paraId="2657AB41" w14:textId="6094CFC0" w:rsidR="002D0FFC" w:rsidRPr="00042B3F" w:rsidRDefault="00CE5CF1" w:rsidP="002D0FFC">
      <w:pPr>
        <w:numPr>
          <w:ilvl w:val="0"/>
          <w:numId w:val="2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Ll</w:t>
      </w:r>
      <w:r>
        <w:rPr>
          <w:lang w:val="cy-GB"/>
        </w:rPr>
        <w:t>ine</w:t>
      </w:r>
      <w:r w:rsidRPr="00042B3F">
        <w:rPr>
          <w:lang w:val="cy-GB"/>
        </w:rPr>
        <w:t>ll</w:t>
      </w:r>
      <w:r>
        <w:rPr>
          <w:lang w:val="cy-GB"/>
        </w:rPr>
        <w:t xml:space="preserve"> ffôn </w:t>
      </w:r>
      <w:proofErr w:type="spellStart"/>
      <w:r w:rsidR="00D066AB" w:rsidRPr="00042B3F">
        <w:rPr>
          <w:lang w:val="cy-GB"/>
        </w:rPr>
        <w:t>Driverline</w:t>
      </w:r>
      <w:proofErr w:type="spellEnd"/>
      <w:r w:rsidR="00D066AB" w:rsidRPr="00042B3F">
        <w:rPr>
          <w:lang w:val="cy-GB"/>
        </w:rPr>
        <w:t xml:space="preserve"> </w:t>
      </w:r>
      <w:proofErr w:type="spellStart"/>
      <w:r>
        <w:rPr>
          <w:lang w:val="cy-GB"/>
        </w:rPr>
        <w:t>Days</w:t>
      </w:r>
      <w:proofErr w:type="spellEnd"/>
      <w:r>
        <w:rPr>
          <w:lang w:val="cy-GB"/>
        </w:rPr>
        <w:t xml:space="preserve"> </w:t>
      </w:r>
      <w:r w:rsidR="00D066AB" w:rsidRPr="00042B3F">
        <w:rPr>
          <w:lang w:val="cy-GB"/>
        </w:rPr>
        <w:t xml:space="preserve">(Materion Mecanyddol) 0845 2964423 </w:t>
      </w:r>
    </w:p>
    <w:p w14:paraId="0C51938A" w14:textId="77777777" w:rsidR="002D0FFC" w:rsidRPr="00042B3F" w:rsidRDefault="00D066AB" w:rsidP="002D0FFC">
      <w:pPr>
        <w:numPr>
          <w:ilvl w:val="0"/>
          <w:numId w:val="25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Sinclair (Materion Mecanyddol) 0800 424151 </w:t>
      </w:r>
    </w:p>
    <w:p w14:paraId="3095CE14" w14:textId="21B23D39" w:rsidR="00F272BB" w:rsidRPr="00042B3F" w:rsidRDefault="00CE5CF1" w:rsidP="002D0FFC">
      <w:pPr>
        <w:numPr>
          <w:ilvl w:val="0"/>
          <w:numId w:val="25"/>
        </w:numPr>
        <w:spacing w:after="0"/>
        <w:jc w:val="both"/>
        <w:rPr>
          <w:lang w:val="cy-GB"/>
        </w:rPr>
      </w:pPr>
      <w:r w:rsidRPr="00042B3F">
        <w:rPr>
          <w:lang w:val="cy-GB"/>
        </w:rPr>
        <w:lastRenderedPageBreak/>
        <w:t>Ll</w:t>
      </w:r>
      <w:r>
        <w:rPr>
          <w:lang w:val="cy-GB"/>
        </w:rPr>
        <w:t xml:space="preserve">esiant </w:t>
      </w:r>
      <w:r w:rsidR="00D066AB" w:rsidRPr="00042B3F">
        <w:rPr>
          <w:lang w:val="cy-GB"/>
        </w:rPr>
        <w:t>Delta (Adrodd am Ddamweiniau) 0300 3332222</w:t>
      </w:r>
    </w:p>
    <w:p w14:paraId="7E0FB0E6" w14:textId="77777777" w:rsidR="002D0FFC" w:rsidRPr="00042B3F" w:rsidRDefault="002D0FFC" w:rsidP="002D0FFC">
      <w:pPr>
        <w:spacing w:after="0"/>
        <w:ind w:left="720"/>
        <w:jc w:val="both"/>
        <w:rPr>
          <w:lang w:val="cy-GB"/>
        </w:rPr>
      </w:pPr>
    </w:p>
    <w:p w14:paraId="3B026D61" w14:textId="3EA7530A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2.6 Proses </w:t>
      </w:r>
      <w:r w:rsidR="00CE5CF1">
        <w:rPr>
          <w:b/>
          <w:bCs/>
          <w:lang w:val="cy-GB"/>
        </w:rPr>
        <w:t>unioni</w:t>
      </w:r>
    </w:p>
    <w:p w14:paraId="672AE599" w14:textId="1B67B722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Mae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gweithdy neu </w:t>
      </w:r>
      <w:r w:rsidR="00CE5CF1">
        <w:rPr>
          <w:lang w:val="cy-GB"/>
        </w:rPr>
        <w:t>d</w:t>
      </w:r>
      <w:r w:rsidRPr="00042B3F">
        <w:rPr>
          <w:lang w:val="cy-GB"/>
        </w:rPr>
        <w:t xml:space="preserve">îm </w:t>
      </w:r>
      <w:r w:rsidR="00CE5CF1">
        <w:rPr>
          <w:lang w:val="cy-GB"/>
        </w:rPr>
        <w:t xml:space="preserve">y </w:t>
      </w:r>
      <w:r w:rsidRPr="00042B3F">
        <w:rPr>
          <w:lang w:val="cy-GB"/>
        </w:rPr>
        <w:t>fflyd yn gyfrifol am:</w:t>
      </w:r>
    </w:p>
    <w:p w14:paraId="73B703BB" w14:textId="00A0DAE8" w:rsidR="00F272BB" w:rsidRPr="00042B3F" w:rsidRDefault="00CE5CF1" w:rsidP="00DC54AD">
      <w:pPr>
        <w:numPr>
          <w:ilvl w:val="0"/>
          <w:numId w:val="26"/>
        </w:numPr>
        <w:spacing w:after="0"/>
        <w:jc w:val="both"/>
        <w:rPr>
          <w:lang w:val="cy-GB"/>
        </w:rPr>
      </w:pPr>
      <w:r>
        <w:rPr>
          <w:lang w:val="cy-GB"/>
        </w:rPr>
        <w:t>G</w:t>
      </w:r>
      <w:r w:rsidR="00D066AB" w:rsidRPr="00042B3F">
        <w:rPr>
          <w:lang w:val="cy-GB"/>
        </w:rPr>
        <w:t>ofnodi</w:t>
      </w:r>
      <w:r w:rsidR="00914586">
        <w:rPr>
          <w:lang w:val="cy-GB"/>
        </w:rPr>
        <w:t>’</w:t>
      </w:r>
      <w:r w:rsidR="00D066AB" w:rsidRPr="00042B3F">
        <w:rPr>
          <w:lang w:val="cy-GB"/>
        </w:rPr>
        <w:t xml:space="preserve">r diffyg o fewn y system </w:t>
      </w:r>
      <w:r>
        <w:rPr>
          <w:lang w:val="cy-GB"/>
        </w:rPr>
        <w:t>g</w:t>
      </w:r>
      <w:r w:rsidR="00D066AB" w:rsidRPr="00042B3F">
        <w:rPr>
          <w:lang w:val="cy-GB"/>
        </w:rPr>
        <w:t>ynnal a chadw</w:t>
      </w:r>
      <w:r w:rsidR="00914586">
        <w:rPr>
          <w:lang w:val="cy-GB"/>
        </w:rPr>
        <w:t>’</w:t>
      </w:r>
      <w:r>
        <w:rPr>
          <w:lang w:val="cy-GB"/>
        </w:rPr>
        <w:t>r</w:t>
      </w:r>
      <w:r w:rsidR="00D066AB" w:rsidRPr="00042B3F">
        <w:rPr>
          <w:lang w:val="cy-GB"/>
        </w:rPr>
        <w:t xml:space="preserve"> fflyd</w:t>
      </w:r>
    </w:p>
    <w:p w14:paraId="4F172561" w14:textId="6BD68E94" w:rsidR="0061276B" w:rsidRPr="00042B3F" w:rsidRDefault="00D066AB" w:rsidP="00DC54AD">
      <w:pPr>
        <w:numPr>
          <w:ilvl w:val="0"/>
          <w:numId w:val="2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Creu cerdyn gweinyddol </w:t>
      </w:r>
      <w:r w:rsidR="00CE5CF1">
        <w:rPr>
          <w:lang w:val="cy-GB"/>
        </w:rPr>
        <w:t xml:space="preserve">Cerbyd Oddi ar y Ffordd </w:t>
      </w:r>
      <w:r w:rsidRPr="00042B3F">
        <w:rPr>
          <w:lang w:val="cy-GB"/>
        </w:rPr>
        <w:t xml:space="preserve">ar system </w:t>
      </w:r>
      <w:r w:rsidR="00CE5CF1">
        <w:rPr>
          <w:lang w:val="cy-GB"/>
        </w:rPr>
        <w:t>g</w:t>
      </w:r>
      <w:r w:rsidRPr="00042B3F">
        <w:rPr>
          <w:lang w:val="cy-GB"/>
        </w:rPr>
        <w:t>ynnal a chadw</w:t>
      </w:r>
      <w:r w:rsidR="00914586">
        <w:rPr>
          <w:lang w:val="cy-GB"/>
        </w:rPr>
        <w:t>’</w:t>
      </w:r>
      <w:r w:rsidR="00CE5CF1">
        <w:rPr>
          <w:lang w:val="cy-GB"/>
        </w:rPr>
        <w:t>r</w:t>
      </w:r>
      <w:r w:rsidRPr="00042B3F">
        <w:rPr>
          <w:lang w:val="cy-GB"/>
        </w:rPr>
        <w:t xml:space="preserve"> fflyd</w:t>
      </w:r>
    </w:p>
    <w:p w14:paraId="4601CB3C" w14:textId="77777777" w:rsidR="00F272BB" w:rsidRPr="00042B3F" w:rsidRDefault="00D066AB" w:rsidP="00DC54AD">
      <w:pPr>
        <w:numPr>
          <w:ilvl w:val="0"/>
          <w:numId w:val="2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Neilltuo lefel blaenoriaeth yn seiliedig ar risg</w:t>
      </w:r>
    </w:p>
    <w:p w14:paraId="4DDEA433" w14:textId="1B9FB24B" w:rsidR="00F272BB" w:rsidRPr="00042B3F" w:rsidRDefault="00CE5CF1" w:rsidP="00DC54AD">
      <w:pPr>
        <w:numPr>
          <w:ilvl w:val="0"/>
          <w:numId w:val="26"/>
        </w:numPr>
        <w:spacing w:after="0"/>
        <w:jc w:val="both"/>
        <w:rPr>
          <w:lang w:val="cy-GB"/>
        </w:rPr>
      </w:pPr>
      <w:r>
        <w:rPr>
          <w:lang w:val="cy-GB"/>
        </w:rPr>
        <w:t xml:space="preserve">Trwsio neu </w:t>
      </w:r>
      <w:r w:rsidR="00D066AB" w:rsidRPr="00042B3F">
        <w:rPr>
          <w:lang w:val="cy-GB"/>
        </w:rPr>
        <w:t xml:space="preserve">drefnu </w:t>
      </w:r>
      <w:r>
        <w:rPr>
          <w:lang w:val="cy-GB"/>
        </w:rPr>
        <w:t>gwaith trwsio</w:t>
      </w:r>
    </w:p>
    <w:p w14:paraId="714E057A" w14:textId="14CF3F54" w:rsidR="00DC54AD" w:rsidRPr="00042B3F" w:rsidRDefault="00D066AB" w:rsidP="00F272BB">
      <w:pPr>
        <w:numPr>
          <w:ilvl w:val="0"/>
          <w:numId w:val="26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Sicrhau bod yr holl waith yn cael ei gwblhau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safonau diogelwch a </w:t>
      </w:r>
      <w:proofErr w:type="spellStart"/>
      <w:r w:rsidRPr="00042B3F">
        <w:rPr>
          <w:lang w:val="cy-GB"/>
        </w:rPr>
        <w:t>chydymffurf</w:t>
      </w:r>
      <w:r w:rsidR="009F73A3">
        <w:rPr>
          <w:lang w:val="cy-GB"/>
        </w:rPr>
        <w:t>edd</w:t>
      </w:r>
      <w:proofErr w:type="spellEnd"/>
      <w:r w:rsidRPr="00042B3F">
        <w:rPr>
          <w:lang w:val="cy-GB"/>
        </w:rPr>
        <w:t xml:space="preserve"> gofynnol</w:t>
      </w:r>
    </w:p>
    <w:p w14:paraId="59350810" w14:textId="77777777" w:rsidR="008F4460" w:rsidRPr="00042B3F" w:rsidRDefault="008F4460" w:rsidP="001325FC">
      <w:pPr>
        <w:spacing w:after="0"/>
        <w:ind w:left="720"/>
        <w:jc w:val="both"/>
        <w:rPr>
          <w:lang w:val="cy-GB"/>
        </w:rPr>
      </w:pPr>
    </w:p>
    <w:p w14:paraId="628339A2" w14:textId="00BBA18D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Ni chaiff unrhyw gerbyd wasanaeth</w:t>
      </w:r>
      <w:r w:rsidR="00CE5CF1">
        <w:rPr>
          <w:lang w:val="cy-GB"/>
        </w:rPr>
        <w:t>u</w:t>
      </w:r>
      <w:r w:rsidRPr="00042B3F">
        <w:rPr>
          <w:lang w:val="cy-GB"/>
        </w:rPr>
        <w:t xml:space="preserve"> nes bod diffygion:</w:t>
      </w:r>
    </w:p>
    <w:p w14:paraId="5F46E44D" w14:textId="51AC092A" w:rsidR="00F272BB" w:rsidRPr="00042B3F" w:rsidRDefault="00D066AB" w:rsidP="008F4460">
      <w:pPr>
        <w:numPr>
          <w:ilvl w:val="0"/>
          <w:numId w:val="27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Wedi</w:t>
      </w:r>
      <w:r w:rsidR="00CE5CF1">
        <w:rPr>
          <w:lang w:val="cy-GB"/>
        </w:rPr>
        <w:t xml:space="preserve"> cae</w:t>
      </w:r>
      <w:r w:rsidR="00CE5CF1" w:rsidRPr="00042B3F">
        <w:rPr>
          <w:lang w:val="cy-GB"/>
        </w:rPr>
        <w:t>l</w:t>
      </w:r>
      <w:r w:rsidR="00CE5CF1">
        <w:rPr>
          <w:lang w:val="cy-GB"/>
        </w:rPr>
        <w:t xml:space="preserve"> eu trwsio</w:t>
      </w:r>
      <w:r w:rsidRPr="00042B3F">
        <w:rPr>
          <w:lang w:val="cy-GB"/>
        </w:rPr>
        <w:t>, neu</w:t>
      </w:r>
    </w:p>
    <w:p w14:paraId="3DB13FC1" w14:textId="26C68A90" w:rsidR="00F272BB" w:rsidRPr="00042B3F" w:rsidRDefault="00CE5CF1" w:rsidP="008F4460">
      <w:pPr>
        <w:numPr>
          <w:ilvl w:val="0"/>
          <w:numId w:val="27"/>
        </w:numPr>
        <w:spacing w:after="0"/>
        <w:jc w:val="both"/>
        <w:rPr>
          <w:lang w:val="cy-GB"/>
        </w:rPr>
      </w:pPr>
      <w:r>
        <w:rPr>
          <w:lang w:val="cy-GB"/>
        </w:rPr>
        <w:t>Wedi cae</w:t>
      </w:r>
      <w:r w:rsidRPr="00042B3F">
        <w:rPr>
          <w:lang w:val="cy-GB"/>
        </w:rPr>
        <w:t>l</w:t>
      </w:r>
      <w:r>
        <w:rPr>
          <w:lang w:val="cy-GB"/>
        </w:rPr>
        <w:t xml:space="preserve"> eu hasesu</w:t>
      </w:r>
      <w:r w:rsidR="00914586">
        <w:rPr>
          <w:lang w:val="cy-GB"/>
        </w:rPr>
        <w:t>’</w:t>
      </w:r>
      <w:r>
        <w:rPr>
          <w:lang w:val="cy-GB"/>
        </w:rPr>
        <w:t xml:space="preserve">n </w:t>
      </w:r>
      <w:r w:rsidR="00D066AB" w:rsidRPr="00042B3F">
        <w:rPr>
          <w:lang w:val="cy-GB"/>
        </w:rPr>
        <w:t>ffurfiol a</w:t>
      </w:r>
      <w:r>
        <w:rPr>
          <w:lang w:val="cy-GB"/>
        </w:rPr>
        <w:t xml:space="preserve"> phenderfynwyd nad oeddent yn </w:t>
      </w:r>
      <w:r w:rsidR="00D066AB" w:rsidRPr="00042B3F">
        <w:rPr>
          <w:lang w:val="cy-GB"/>
        </w:rPr>
        <w:t xml:space="preserve">effeithio ar </w:t>
      </w:r>
      <w:r>
        <w:rPr>
          <w:lang w:val="cy-GB"/>
        </w:rPr>
        <w:t xml:space="preserve">addasrwydd y cerbyd ar gyfer y </w:t>
      </w:r>
      <w:r w:rsidR="00D066AB" w:rsidRPr="00042B3F">
        <w:rPr>
          <w:lang w:val="cy-GB"/>
        </w:rPr>
        <w:t>ff</w:t>
      </w:r>
      <w:r>
        <w:rPr>
          <w:lang w:val="cy-GB"/>
        </w:rPr>
        <w:t>o</w:t>
      </w:r>
      <w:r w:rsidR="00D066AB" w:rsidRPr="00042B3F">
        <w:rPr>
          <w:lang w:val="cy-GB"/>
        </w:rPr>
        <w:t>rdd</w:t>
      </w:r>
    </w:p>
    <w:p w14:paraId="53E7AA86" w14:textId="77777777" w:rsidR="008F4460" w:rsidRPr="00042B3F" w:rsidRDefault="008F4460" w:rsidP="008F4460">
      <w:pPr>
        <w:spacing w:after="0"/>
        <w:ind w:left="720"/>
        <w:jc w:val="both"/>
        <w:rPr>
          <w:lang w:val="cy-GB"/>
        </w:rPr>
      </w:pPr>
    </w:p>
    <w:p w14:paraId="7985C798" w14:textId="76A8766A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2.7 Llofnodi ar ôl </w:t>
      </w:r>
      <w:r w:rsidR="00CE5CF1">
        <w:rPr>
          <w:b/>
          <w:bCs/>
          <w:lang w:val="cy-GB"/>
        </w:rPr>
        <w:t>Trwsio</w:t>
      </w:r>
    </w:p>
    <w:p w14:paraId="1C470829" w14:textId="096E963D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Unwaith y bydd atgyweiriadau wedi</w:t>
      </w:r>
      <w:r w:rsidR="00914586">
        <w:rPr>
          <w:lang w:val="cy-GB"/>
        </w:rPr>
        <w:t>’</w:t>
      </w:r>
      <w:r w:rsidRPr="00042B3F">
        <w:rPr>
          <w:lang w:val="cy-GB"/>
        </w:rPr>
        <w:t>u cwblhau:</w:t>
      </w:r>
    </w:p>
    <w:p w14:paraId="6C10BCC5" w14:textId="439CDFAC" w:rsidR="00F272BB" w:rsidRPr="00042B3F" w:rsidRDefault="00D066AB" w:rsidP="00F272BB">
      <w:pPr>
        <w:numPr>
          <w:ilvl w:val="0"/>
          <w:numId w:val="28"/>
        </w:numPr>
        <w:jc w:val="both"/>
        <w:rPr>
          <w:lang w:val="cy-GB"/>
        </w:rPr>
      </w:pPr>
      <w:r w:rsidRPr="00042B3F">
        <w:rPr>
          <w:lang w:val="cy-GB"/>
        </w:rPr>
        <w:t>Rhaid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diffyg gael ei </w:t>
      </w:r>
      <w:r w:rsidRPr="00042B3F">
        <w:rPr>
          <w:b/>
          <w:bCs/>
          <w:lang w:val="cy-GB"/>
        </w:rPr>
        <w:t>lofnodi</w:t>
      </w:r>
      <w:r w:rsidR="00914586">
        <w:rPr>
          <w:b/>
          <w:bCs/>
          <w:lang w:val="cy-GB"/>
        </w:rPr>
        <w:t>’</w:t>
      </w:r>
      <w:r w:rsidRPr="00042B3F">
        <w:rPr>
          <w:b/>
          <w:bCs/>
          <w:lang w:val="cy-GB"/>
        </w:rPr>
        <w:t xml:space="preserve">n ffurfiol </w:t>
      </w:r>
      <w:r w:rsidRPr="00042B3F">
        <w:rPr>
          <w:lang w:val="cy-GB"/>
        </w:rPr>
        <w:t xml:space="preserve"> gan </w:t>
      </w:r>
      <w:r w:rsidR="00CE5CF1">
        <w:rPr>
          <w:lang w:val="cy-GB"/>
        </w:rPr>
        <w:t xml:space="preserve">rywun </w:t>
      </w:r>
      <w:r w:rsidRPr="00042B3F">
        <w:rPr>
          <w:lang w:val="cy-GB"/>
        </w:rPr>
        <w:t>awdurdodedig</w:t>
      </w:r>
    </w:p>
    <w:p w14:paraId="5926D464" w14:textId="7D41E6B7" w:rsidR="00F272BB" w:rsidRPr="00042B3F" w:rsidRDefault="00D066AB" w:rsidP="00F272BB">
      <w:pPr>
        <w:numPr>
          <w:ilvl w:val="0"/>
          <w:numId w:val="28"/>
        </w:numPr>
        <w:jc w:val="both"/>
        <w:rPr>
          <w:lang w:val="cy-GB"/>
        </w:rPr>
      </w:pPr>
      <w:r w:rsidRPr="00042B3F">
        <w:rPr>
          <w:lang w:val="cy-GB"/>
        </w:rPr>
        <w:t>Rhaid i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cofnod ddangos: </w:t>
      </w:r>
    </w:p>
    <w:p w14:paraId="41AEDFDD" w14:textId="0376B888" w:rsidR="00A10285" w:rsidRPr="00042B3F" w:rsidRDefault="00D066AB" w:rsidP="00A10285">
      <w:pPr>
        <w:pStyle w:val="ListParagraph"/>
        <w:numPr>
          <w:ilvl w:val="1"/>
          <w:numId w:val="28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Natur y</w:t>
      </w:r>
      <w:r w:rsidR="00CE5CF1">
        <w:rPr>
          <w:rFonts w:eastAsia="Times New Roman" w:cs="Segoe UI"/>
          <w:lang w:val="cy-GB" w:eastAsia="en-GB"/>
        </w:rPr>
        <w:t xml:space="preserve"> gwaith trwsio </w:t>
      </w:r>
      <w:r w:rsidRPr="00042B3F">
        <w:rPr>
          <w:rFonts w:eastAsia="Times New Roman" w:cs="Segoe UI"/>
          <w:lang w:val="cy-GB" w:eastAsia="en-GB"/>
        </w:rPr>
        <w:t>a wnaed.</w:t>
      </w:r>
    </w:p>
    <w:p w14:paraId="6CCEEB76" w14:textId="7FB5B659" w:rsidR="00BF6842" w:rsidRPr="00042B3F" w:rsidRDefault="00D066AB" w:rsidP="00BF6842">
      <w:pPr>
        <w:pStyle w:val="ListParagraph"/>
        <w:numPr>
          <w:ilvl w:val="1"/>
          <w:numId w:val="28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Dyddiad y cwblhawyd y</w:t>
      </w:r>
      <w:r w:rsidR="00CE5CF1">
        <w:rPr>
          <w:rFonts w:eastAsia="Times New Roman" w:cs="Segoe UI"/>
          <w:lang w:val="cy-GB" w:eastAsia="en-GB"/>
        </w:rPr>
        <w:t xml:space="preserve"> gwaith trwsio</w:t>
      </w:r>
      <w:r w:rsidRPr="00042B3F">
        <w:rPr>
          <w:rFonts w:eastAsia="Times New Roman" w:cs="Segoe UI"/>
          <w:lang w:val="cy-GB" w:eastAsia="en-GB"/>
        </w:rPr>
        <w:t>.</w:t>
      </w:r>
    </w:p>
    <w:p w14:paraId="592C0753" w14:textId="00E51EA3" w:rsidR="00F272BB" w:rsidRPr="00042B3F" w:rsidRDefault="00D066AB" w:rsidP="008F4460">
      <w:pPr>
        <w:numPr>
          <w:ilvl w:val="1"/>
          <w:numId w:val="2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Enw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</w:t>
      </w:r>
      <w:r w:rsidR="00CE5CF1">
        <w:rPr>
          <w:lang w:val="cy-GB"/>
        </w:rPr>
        <w:t>saw</w:t>
      </w:r>
      <w:r w:rsidR="00CE5CF1" w:rsidRPr="00042B3F">
        <w:rPr>
          <w:lang w:val="cy-GB"/>
        </w:rPr>
        <w:t>l</w:t>
      </w:r>
      <w:r w:rsidR="00CE5CF1">
        <w:rPr>
          <w:lang w:val="cy-GB"/>
        </w:rPr>
        <w:t xml:space="preserve"> </w:t>
      </w:r>
      <w:r w:rsidRPr="00042B3F">
        <w:rPr>
          <w:lang w:val="cy-GB"/>
        </w:rPr>
        <w:t>sy</w:t>
      </w:r>
      <w:r w:rsidR="00914586">
        <w:rPr>
          <w:lang w:val="cy-GB"/>
        </w:rPr>
        <w:t>’</w:t>
      </w:r>
      <w:r w:rsidRPr="00042B3F">
        <w:rPr>
          <w:lang w:val="cy-GB"/>
        </w:rPr>
        <w:t>n cwblhau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gwaith </w:t>
      </w:r>
      <w:r w:rsidR="00CE5CF1">
        <w:rPr>
          <w:lang w:val="cy-GB"/>
        </w:rPr>
        <w:t>trwsio</w:t>
      </w:r>
    </w:p>
    <w:p w14:paraId="0921E5EE" w14:textId="346C28A2" w:rsidR="001F69E6" w:rsidRPr="00042B3F" w:rsidRDefault="00D066AB" w:rsidP="008F4460">
      <w:pPr>
        <w:numPr>
          <w:ilvl w:val="1"/>
          <w:numId w:val="28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Rhif </w:t>
      </w:r>
      <w:r w:rsidR="00CE5CF1">
        <w:rPr>
          <w:lang w:val="cy-GB"/>
        </w:rPr>
        <w:t xml:space="preserve">y dasg </w:t>
      </w:r>
      <w:r w:rsidRPr="00042B3F">
        <w:rPr>
          <w:lang w:val="cy-GB"/>
        </w:rPr>
        <w:t>o system reoli</w:t>
      </w:r>
      <w:r w:rsidR="00914586">
        <w:rPr>
          <w:lang w:val="cy-GB"/>
        </w:rPr>
        <w:t>’</w:t>
      </w:r>
      <w:r w:rsidR="00CE5CF1">
        <w:rPr>
          <w:lang w:val="cy-GB"/>
        </w:rPr>
        <w:t>r</w:t>
      </w:r>
      <w:r w:rsidRPr="00042B3F">
        <w:rPr>
          <w:lang w:val="cy-GB"/>
        </w:rPr>
        <w:t xml:space="preserve"> fflyd.</w:t>
      </w:r>
    </w:p>
    <w:p w14:paraId="747E88B7" w14:textId="77777777" w:rsidR="001A36FF" w:rsidRPr="00042B3F" w:rsidRDefault="001A36FF" w:rsidP="001A36FF">
      <w:pPr>
        <w:spacing w:after="0"/>
        <w:ind w:left="1440"/>
        <w:jc w:val="both"/>
        <w:rPr>
          <w:lang w:val="cy-GB"/>
        </w:rPr>
      </w:pPr>
    </w:p>
    <w:p w14:paraId="354FC998" w14:textId="62123DDB" w:rsidR="001A36FF" w:rsidRPr="00042B3F" w:rsidRDefault="00D066AB" w:rsidP="001A36FF">
      <w:pPr>
        <w:pStyle w:val="ListParagraph"/>
        <w:numPr>
          <w:ilvl w:val="0"/>
          <w:numId w:val="28"/>
        </w:numPr>
        <w:spacing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Ar gyfer cerbydau sy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n gweithredu gyda </w:t>
      </w:r>
      <w:r w:rsidRPr="00042B3F">
        <w:rPr>
          <w:rFonts w:eastAsia="Times New Roman" w:cs="Segoe UI"/>
          <w:b/>
          <w:bCs/>
          <w:lang w:val="cy-GB" w:eastAsia="en-GB"/>
        </w:rPr>
        <w:t>llyfr diffygion papur</w:t>
      </w:r>
      <w:r w:rsidRPr="00042B3F">
        <w:rPr>
          <w:rFonts w:eastAsia="Times New Roman" w:cs="Segoe UI"/>
          <w:lang w:val="cy-GB" w:eastAsia="en-GB"/>
        </w:rPr>
        <w:t>, rhaid llofnodi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cofnod diffygion yn y llyfr diffygion a</w:t>
      </w:r>
      <w:r w:rsidR="00CE5CF1">
        <w:rPr>
          <w:rFonts w:eastAsia="Times New Roman" w:cs="Segoe UI"/>
          <w:lang w:val="cy-GB" w:eastAsia="en-GB"/>
        </w:rPr>
        <w:t xml:space="preserve"> </w:t>
      </w:r>
      <w:r w:rsidR="00CE5CF1" w:rsidRPr="00042B3F">
        <w:rPr>
          <w:lang w:val="cy-GB"/>
        </w:rPr>
        <w:t>ll</w:t>
      </w:r>
      <w:r w:rsidR="00CE5CF1">
        <w:rPr>
          <w:lang w:val="cy-GB"/>
        </w:rPr>
        <w:t>enwi</w:t>
      </w:r>
      <w:r w:rsidR="00914586">
        <w:rPr>
          <w:lang w:val="cy-GB"/>
        </w:rPr>
        <w:t>’</w:t>
      </w:r>
      <w:r w:rsidR="00CE5CF1">
        <w:rPr>
          <w:lang w:val="cy-GB"/>
        </w:rPr>
        <w:t xml:space="preserve">r </w:t>
      </w:r>
      <w:r w:rsidRPr="00042B3F">
        <w:rPr>
          <w:rFonts w:eastAsia="Times New Roman" w:cs="Segoe UI"/>
          <w:lang w:val="cy-GB" w:eastAsia="en-GB"/>
        </w:rPr>
        <w:t>slip rhwygo perthnasol a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i gadw yn unol â gweithdrefnau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depo. </w:t>
      </w:r>
    </w:p>
    <w:p w14:paraId="50F5A276" w14:textId="77777777" w:rsidR="0062678A" w:rsidRPr="00042B3F" w:rsidRDefault="0062678A" w:rsidP="0062678A">
      <w:pPr>
        <w:pStyle w:val="ListParagraph"/>
        <w:spacing w:line="300" w:lineRule="atLeast"/>
        <w:rPr>
          <w:rFonts w:eastAsia="Times New Roman" w:cs="Segoe UI"/>
          <w:lang w:val="cy-GB" w:eastAsia="en-GB"/>
        </w:rPr>
      </w:pPr>
    </w:p>
    <w:p w14:paraId="7A666553" w14:textId="08C9A77F" w:rsidR="0062678A" w:rsidRPr="00042B3F" w:rsidRDefault="00D066AB" w:rsidP="0062678A">
      <w:pPr>
        <w:pStyle w:val="ListParagraph"/>
        <w:numPr>
          <w:ilvl w:val="0"/>
          <w:numId w:val="28"/>
        </w:numPr>
        <w:spacing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Ar gyfer cerbydau sy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gweithredu gyda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b/>
          <w:bCs/>
          <w:lang w:val="cy-GB" w:eastAsia="en-GB"/>
        </w:rPr>
        <w:t xml:space="preserve">system </w:t>
      </w:r>
      <w:r w:rsidR="00482FC6">
        <w:rPr>
          <w:rFonts w:eastAsia="Times New Roman" w:cs="Segoe UI"/>
          <w:b/>
          <w:bCs/>
          <w:lang w:val="cy-GB" w:eastAsia="en-GB"/>
        </w:rPr>
        <w:t>adrodd am</w:t>
      </w:r>
      <w:r w:rsidR="00CE5CF1">
        <w:rPr>
          <w:rFonts w:eastAsia="Times New Roman" w:cs="Segoe UI"/>
          <w:b/>
          <w:bCs/>
          <w:lang w:val="cy-GB" w:eastAsia="en-GB"/>
        </w:rPr>
        <w:t xml:space="preserve"> </w:t>
      </w:r>
      <w:r w:rsidR="00482FC6">
        <w:rPr>
          <w:rFonts w:eastAsia="Times New Roman" w:cs="Segoe UI"/>
          <w:b/>
          <w:bCs/>
          <w:lang w:val="cy-GB" w:eastAsia="en-GB"/>
        </w:rPr>
        <w:t>d</w:t>
      </w:r>
      <w:r w:rsidRPr="00042B3F">
        <w:rPr>
          <w:rFonts w:eastAsia="Times New Roman" w:cs="Segoe UI"/>
          <w:b/>
          <w:bCs/>
          <w:lang w:val="cy-GB" w:eastAsia="en-GB"/>
        </w:rPr>
        <w:t xml:space="preserve">diffygion </w:t>
      </w:r>
      <w:r w:rsidR="00CE5CF1">
        <w:rPr>
          <w:rFonts w:eastAsia="Times New Roman" w:cs="Segoe UI"/>
          <w:b/>
          <w:bCs/>
          <w:lang w:val="cy-GB" w:eastAsia="en-GB"/>
        </w:rPr>
        <w:t>d</w:t>
      </w:r>
      <w:r w:rsidRPr="00042B3F">
        <w:rPr>
          <w:rFonts w:eastAsia="Times New Roman" w:cs="Segoe UI"/>
          <w:b/>
          <w:bCs/>
          <w:lang w:val="cy-GB" w:eastAsia="en-GB"/>
        </w:rPr>
        <w:t>digidol</w:t>
      </w:r>
      <w:r w:rsidRPr="00042B3F">
        <w:rPr>
          <w:rFonts w:eastAsia="Times New Roman" w:cs="Segoe UI"/>
          <w:lang w:val="cy-GB" w:eastAsia="en-GB"/>
        </w:rPr>
        <w:t>, rhaid 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diffyg gael ei gau a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i lofnodi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electronig o fewn y system.</w:t>
      </w:r>
    </w:p>
    <w:p w14:paraId="454A26E6" w14:textId="77777777" w:rsidR="0062678A" w:rsidRPr="00042B3F" w:rsidRDefault="0062678A" w:rsidP="0062678A">
      <w:pPr>
        <w:pStyle w:val="ListParagraph"/>
        <w:spacing w:line="300" w:lineRule="atLeast"/>
        <w:rPr>
          <w:rFonts w:eastAsia="Times New Roman" w:cs="Segoe UI"/>
          <w:lang w:val="cy-GB" w:eastAsia="en-GB"/>
        </w:rPr>
      </w:pPr>
    </w:p>
    <w:p w14:paraId="48C3283C" w14:textId="4B17CA8D" w:rsidR="001A36FF" w:rsidRPr="00042B3F" w:rsidRDefault="00D066AB" w:rsidP="001A36FF">
      <w:pPr>
        <w:pStyle w:val="ListParagraph"/>
        <w:numPr>
          <w:ilvl w:val="0"/>
          <w:numId w:val="28"/>
        </w:numPr>
        <w:spacing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Rhaid cofnodi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holl fanylion </w:t>
      </w:r>
      <w:r w:rsidR="00CE5CF1">
        <w:rPr>
          <w:rFonts w:eastAsia="Times New Roman" w:cs="Segoe UI"/>
          <w:lang w:val="cy-GB" w:eastAsia="en-GB"/>
        </w:rPr>
        <w:t xml:space="preserve">am yr </w:t>
      </w:r>
      <w:r w:rsidRPr="00042B3F">
        <w:rPr>
          <w:rFonts w:eastAsia="Times New Roman" w:cs="Segoe UI"/>
          <w:lang w:val="cy-GB" w:eastAsia="en-GB"/>
        </w:rPr>
        <w:t>atgyweiriadau a llofnodi o fewn System Cynnal a Chadw</w:t>
      </w:r>
      <w:r w:rsidR="00914586">
        <w:rPr>
          <w:rFonts w:eastAsia="Times New Roman" w:cs="Segoe UI"/>
          <w:lang w:val="cy-GB" w:eastAsia="en-GB"/>
        </w:rPr>
        <w:t>’</w:t>
      </w:r>
      <w:r w:rsidR="00CE5CF1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Fflyd.</w:t>
      </w:r>
    </w:p>
    <w:p w14:paraId="01EB681B" w14:textId="1C05AD53" w:rsidR="00333A23" w:rsidRPr="00042B3F" w:rsidRDefault="00D066AB" w:rsidP="00A24BE6">
      <w:pPr>
        <w:pStyle w:val="NormalWeb"/>
        <w:spacing w:line="300" w:lineRule="atLeast"/>
        <w:rPr>
          <w:rFonts w:asciiTheme="minorHAnsi" w:hAnsiTheme="minorHAnsi" w:cs="Segoe UI"/>
          <w:sz w:val="22"/>
          <w:szCs w:val="22"/>
          <w:lang w:val="cy-GB"/>
        </w:rPr>
      </w:pPr>
      <w:r w:rsidRPr="00042B3F">
        <w:rPr>
          <w:rStyle w:val="Strong"/>
          <w:rFonts w:ascii="Cambria" w:hAnsi="Cambria" w:cs="Segoe UI"/>
          <w:sz w:val="22"/>
          <w:szCs w:val="22"/>
          <w:lang w:val="cy-GB"/>
        </w:rPr>
        <w:t xml:space="preserve">Cyfrifoldeb </w:t>
      </w:r>
      <w:r w:rsidR="00CE5CF1">
        <w:rPr>
          <w:rStyle w:val="Strong"/>
          <w:rFonts w:ascii="Cambria" w:hAnsi="Cambria" w:cs="Segoe UI"/>
          <w:sz w:val="22"/>
          <w:szCs w:val="22"/>
          <w:lang w:val="cy-GB"/>
        </w:rPr>
        <w:t xml:space="preserve">y </w:t>
      </w:r>
      <w:r w:rsidRPr="00042B3F">
        <w:rPr>
          <w:rStyle w:val="Strong"/>
          <w:rFonts w:ascii="Cambria" w:hAnsi="Cambria" w:cs="Segoe UI"/>
          <w:sz w:val="22"/>
          <w:szCs w:val="22"/>
          <w:lang w:val="cy-GB"/>
        </w:rPr>
        <w:t>Gyrrwr</w:t>
      </w:r>
    </w:p>
    <w:p w14:paraId="3F059346" w14:textId="063CF997" w:rsidR="00333A23" w:rsidRPr="00042B3F" w:rsidRDefault="00D066AB" w:rsidP="001A36FF">
      <w:pPr>
        <w:pStyle w:val="NormalWeb"/>
        <w:numPr>
          <w:ilvl w:val="0"/>
          <w:numId w:val="28"/>
        </w:numPr>
        <w:spacing w:line="300" w:lineRule="atLeast"/>
        <w:rPr>
          <w:rFonts w:asciiTheme="minorHAnsi" w:hAnsiTheme="minorHAnsi" w:cs="Segoe UI"/>
          <w:sz w:val="22"/>
          <w:szCs w:val="22"/>
          <w:lang w:val="cy-GB"/>
        </w:rPr>
      </w:pPr>
      <w:r w:rsidRPr="00042B3F">
        <w:rPr>
          <w:rFonts w:asciiTheme="minorHAnsi" w:hAnsiTheme="minorHAnsi" w:cs="Segoe UI"/>
          <w:sz w:val="22"/>
          <w:szCs w:val="22"/>
          <w:lang w:val="cy-GB"/>
        </w:rPr>
        <w:lastRenderedPageBreak/>
        <w:t xml:space="preserve">Rhaid i yrwyr beidio â gweithredu cerbyd oni bai eu bod yn fodlon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>f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 xml:space="preserve">od unrhyw ddiffygion a </w:t>
      </w:r>
      <w:r w:rsidR="006E6C05">
        <w:rPr>
          <w:rFonts w:asciiTheme="minorHAnsi" w:hAnsiTheme="minorHAnsi" w:cs="Segoe UI"/>
          <w:sz w:val="22"/>
          <w:szCs w:val="22"/>
          <w:lang w:val="cy-GB"/>
        </w:rPr>
        <w:t>adroddwyd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 xml:space="preserve"> 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wedi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u cywiro neu fod y cerbyd wedi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 xml:space="preserve">i ystyried yn ddiogel ac yn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 xml:space="preserve">addas ar gyfer y 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 xml:space="preserve">ffordd gan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 xml:space="preserve">rywun 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 xml:space="preserve">awdurdodedig. Pan fo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>cerbyd yn d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diffyg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>io</w:t>
      </w:r>
      <w:r w:rsidR="00CE5CF1" w:rsidRPr="00042B3F">
        <w:rPr>
          <w:lang w:val="cy-GB"/>
        </w:rPr>
        <w:t>l</w:t>
      </w:r>
      <w:r w:rsidR="00CE5CF1">
        <w:rPr>
          <w:lang w:val="cy-GB"/>
        </w:rPr>
        <w:t xml:space="preserve">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>o hyd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, ni ddylid defnyddio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 xml:space="preserve">r cerbyd oni bai </w:t>
      </w:r>
      <w:r w:rsidR="00CE5CF1">
        <w:rPr>
          <w:rFonts w:asciiTheme="minorHAnsi" w:hAnsiTheme="minorHAnsi" w:cs="Segoe UI"/>
          <w:sz w:val="22"/>
          <w:szCs w:val="22"/>
          <w:lang w:val="cy-GB"/>
        </w:rPr>
        <w:t>f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od y diffyg wedi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i asesu a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i awdurdodi yn unol â gweithdrefnau</w:t>
      </w:r>
      <w:r w:rsidR="00914586">
        <w:rPr>
          <w:rFonts w:asciiTheme="minorHAnsi" w:hAnsiTheme="minorHAnsi" w:cs="Segoe UI"/>
          <w:sz w:val="22"/>
          <w:szCs w:val="22"/>
          <w:lang w:val="cy-GB"/>
        </w:rPr>
        <w:t>’</w:t>
      </w:r>
      <w:r w:rsidRPr="00042B3F">
        <w:rPr>
          <w:rFonts w:asciiTheme="minorHAnsi" w:hAnsiTheme="minorHAnsi" w:cs="Segoe UI"/>
          <w:sz w:val="22"/>
          <w:szCs w:val="22"/>
          <w:lang w:val="cy-GB"/>
        </w:rPr>
        <w:t>r cwmni.</w:t>
      </w:r>
    </w:p>
    <w:p w14:paraId="53EFB880" w14:textId="44718FF5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2.8 Adrodd ar </w:t>
      </w:r>
      <w:r w:rsidR="00CE5CF1">
        <w:rPr>
          <w:b/>
          <w:bCs/>
          <w:lang w:val="cy-GB"/>
        </w:rPr>
        <w:t>D</w:t>
      </w:r>
      <w:r w:rsidRPr="00042B3F">
        <w:rPr>
          <w:b/>
          <w:bCs/>
          <w:lang w:val="cy-GB"/>
        </w:rPr>
        <w:t xml:space="preserve">diwedd </w:t>
      </w:r>
      <w:r w:rsidR="00CE5CF1">
        <w:rPr>
          <w:b/>
          <w:bCs/>
          <w:lang w:val="cy-GB"/>
        </w:rPr>
        <w:t>S</w:t>
      </w:r>
      <w:r w:rsidRPr="00042B3F">
        <w:rPr>
          <w:b/>
          <w:bCs/>
          <w:lang w:val="cy-GB"/>
        </w:rPr>
        <w:t>hifft</w:t>
      </w:r>
    </w:p>
    <w:p w14:paraId="2E85EFB3" w14:textId="77777777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>Ar ddiwedd pob shifft, rhaid i yrwyr:</w:t>
      </w:r>
    </w:p>
    <w:p w14:paraId="634980C4" w14:textId="17E3701D" w:rsidR="00F272BB" w:rsidRPr="00042B3F" w:rsidRDefault="00D066AB" w:rsidP="008F4460">
      <w:pPr>
        <w:numPr>
          <w:ilvl w:val="0"/>
          <w:numId w:val="2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R</w:t>
      </w:r>
      <w:r w:rsidR="00595008">
        <w:rPr>
          <w:lang w:val="cy-GB"/>
        </w:rPr>
        <w:t>hoi gwybod am</w:t>
      </w:r>
      <w:r w:rsidRPr="00042B3F">
        <w:rPr>
          <w:lang w:val="cy-GB"/>
        </w:rPr>
        <w:t xml:space="preserve"> unrhyw ddiffygion newydd neu </w:t>
      </w:r>
      <w:r w:rsidR="00CE5CF1">
        <w:rPr>
          <w:lang w:val="cy-GB"/>
        </w:rPr>
        <w:t>ddiffygion sydd wedi datb</w:t>
      </w:r>
      <w:r w:rsidR="00CE5CF1" w:rsidRPr="00042B3F">
        <w:rPr>
          <w:lang w:val="cy-GB"/>
        </w:rPr>
        <w:t>l</w:t>
      </w:r>
      <w:r w:rsidR="00CE5CF1">
        <w:rPr>
          <w:lang w:val="cy-GB"/>
        </w:rPr>
        <w:t xml:space="preserve">ygu </w:t>
      </w:r>
      <w:r w:rsidRPr="00042B3F">
        <w:rPr>
          <w:lang w:val="cy-GB"/>
        </w:rPr>
        <w:t xml:space="preserve">a nodwyd </w:t>
      </w:r>
      <w:r w:rsidR="00EF5DC4">
        <w:rPr>
          <w:lang w:val="cy-GB"/>
        </w:rPr>
        <w:t xml:space="preserve">wrth weithredu </w:t>
      </w:r>
    </w:p>
    <w:p w14:paraId="15DDB7C5" w14:textId="77777777" w:rsidR="00F272BB" w:rsidRPr="00042B3F" w:rsidRDefault="00D066AB" w:rsidP="008F4460">
      <w:pPr>
        <w:numPr>
          <w:ilvl w:val="0"/>
          <w:numId w:val="2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Cadarnhau cyflwr y cerbyd</w:t>
      </w:r>
    </w:p>
    <w:p w14:paraId="75DFCEDD" w14:textId="7547F4FB" w:rsidR="00F272BB" w:rsidRPr="00042B3F" w:rsidRDefault="00D066AB" w:rsidP="008F4460">
      <w:pPr>
        <w:numPr>
          <w:ilvl w:val="0"/>
          <w:numId w:val="29"/>
        </w:numPr>
        <w:spacing w:after="0"/>
        <w:jc w:val="both"/>
        <w:rPr>
          <w:lang w:val="cy-GB"/>
        </w:rPr>
      </w:pPr>
      <w:r w:rsidRPr="00042B3F">
        <w:rPr>
          <w:lang w:val="cy-GB"/>
        </w:rPr>
        <w:t xml:space="preserve">Sicrhau bod pob adroddiad yn cael ei gyflwyno cyn gadael </w:t>
      </w:r>
      <w:r w:rsidR="00EF5DC4">
        <w:rPr>
          <w:lang w:val="cy-GB"/>
        </w:rPr>
        <w:t xml:space="preserve">eu </w:t>
      </w:r>
      <w:r w:rsidRPr="00042B3F">
        <w:rPr>
          <w:lang w:val="cy-GB"/>
        </w:rPr>
        <w:t>dyletswydd</w:t>
      </w:r>
      <w:r w:rsidR="00EF5DC4">
        <w:rPr>
          <w:lang w:val="cy-GB"/>
        </w:rPr>
        <w:t>au</w:t>
      </w:r>
    </w:p>
    <w:p w14:paraId="260FED5F" w14:textId="77777777" w:rsidR="008F4460" w:rsidRPr="00042B3F" w:rsidRDefault="008F4460" w:rsidP="008F4460">
      <w:pPr>
        <w:spacing w:after="0"/>
        <w:ind w:left="720"/>
        <w:jc w:val="both"/>
        <w:rPr>
          <w:lang w:val="cy-GB"/>
        </w:rPr>
      </w:pPr>
    </w:p>
    <w:p w14:paraId="4C121D5E" w14:textId="4A91BB93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Mae hyn yn sicrhau parhad rhwng shifftiau ac yn atal </w:t>
      </w:r>
      <w:r w:rsidR="00EF5DC4">
        <w:rPr>
          <w:lang w:val="cy-GB"/>
        </w:rPr>
        <w:t>achosion o d</w:t>
      </w:r>
      <w:r w:rsidRPr="00042B3F">
        <w:rPr>
          <w:lang w:val="cy-GB"/>
        </w:rPr>
        <w:t xml:space="preserve">diffygion heb eu </w:t>
      </w:r>
      <w:r w:rsidR="00595008">
        <w:rPr>
          <w:lang w:val="cy-GB"/>
        </w:rPr>
        <w:t>hadrodd</w:t>
      </w:r>
      <w:r w:rsidRPr="00042B3F">
        <w:rPr>
          <w:lang w:val="cy-GB"/>
        </w:rPr>
        <w:t>.</w:t>
      </w:r>
    </w:p>
    <w:p w14:paraId="6DFD8067" w14:textId="0ED02F0F" w:rsidR="00F272BB" w:rsidRPr="00042B3F" w:rsidRDefault="00D066AB" w:rsidP="00F272BB">
      <w:pPr>
        <w:jc w:val="both"/>
        <w:rPr>
          <w:b/>
          <w:bCs/>
          <w:lang w:val="cy-GB"/>
        </w:rPr>
      </w:pPr>
      <w:r w:rsidRPr="00042B3F">
        <w:rPr>
          <w:b/>
          <w:bCs/>
          <w:lang w:val="cy-GB"/>
        </w:rPr>
        <w:t xml:space="preserve">2.9 Methu â </w:t>
      </w:r>
      <w:r w:rsidR="00EF5DC4">
        <w:rPr>
          <w:b/>
          <w:bCs/>
          <w:lang w:val="cy-GB"/>
        </w:rPr>
        <w:t>C</w:t>
      </w:r>
      <w:r w:rsidRPr="00042B3F">
        <w:rPr>
          <w:b/>
          <w:bCs/>
          <w:lang w:val="cy-GB"/>
        </w:rPr>
        <w:t>hydymffurfio</w:t>
      </w:r>
    </w:p>
    <w:p w14:paraId="3133E6C8" w14:textId="7E0E0F05" w:rsidR="00F272BB" w:rsidRPr="00042B3F" w:rsidRDefault="00D066AB" w:rsidP="00F272BB">
      <w:pPr>
        <w:jc w:val="both"/>
        <w:rPr>
          <w:lang w:val="cy-GB"/>
        </w:rPr>
      </w:pPr>
      <w:r w:rsidRPr="00042B3F">
        <w:rPr>
          <w:lang w:val="cy-GB"/>
        </w:rPr>
        <w:t xml:space="preserve">Mae </w:t>
      </w:r>
      <w:r w:rsidR="00595008">
        <w:rPr>
          <w:lang w:val="cy-GB"/>
        </w:rPr>
        <w:t>peidio</w:t>
      </w:r>
      <w:r w:rsidRPr="00042B3F">
        <w:rPr>
          <w:lang w:val="cy-GB"/>
        </w:rPr>
        <w:t xml:space="preserve"> â dilyn y weithdrefn </w:t>
      </w:r>
      <w:r w:rsidR="00EF5DC4">
        <w:rPr>
          <w:lang w:val="cy-GB"/>
        </w:rPr>
        <w:t xml:space="preserve">ar gyfer </w:t>
      </w:r>
      <w:r w:rsidR="00595008">
        <w:rPr>
          <w:lang w:val="cy-GB"/>
        </w:rPr>
        <w:t>adrodd am</w:t>
      </w:r>
      <w:r w:rsidR="00EF5DC4">
        <w:rPr>
          <w:lang w:val="cy-GB"/>
        </w:rPr>
        <w:t xml:space="preserve"> </w:t>
      </w:r>
      <w:r w:rsidR="00595008">
        <w:rPr>
          <w:lang w:val="cy-GB"/>
        </w:rPr>
        <w:t>d</w:t>
      </w:r>
      <w:r w:rsidRPr="00042B3F">
        <w:rPr>
          <w:lang w:val="cy-GB"/>
        </w:rPr>
        <w:t>diffygion yn fater difrifol a gall:</w:t>
      </w:r>
    </w:p>
    <w:p w14:paraId="2F2947C5" w14:textId="0AA38E9D" w:rsidR="00F272BB" w:rsidRPr="00042B3F" w:rsidRDefault="00EF5DC4" w:rsidP="008F4460">
      <w:pPr>
        <w:numPr>
          <w:ilvl w:val="0"/>
          <w:numId w:val="30"/>
        </w:numPr>
        <w:spacing w:after="0"/>
        <w:jc w:val="both"/>
        <w:rPr>
          <w:lang w:val="cy-GB"/>
        </w:rPr>
      </w:pPr>
      <w:r>
        <w:rPr>
          <w:lang w:val="cy-GB"/>
        </w:rPr>
        <w:t>G</w:t>
      </w:r>
      <w:r w:rsidR="00D066AB" w:rsidRPr="00042B3F">
        <w:rPr>
          <w:lang w:val="cy-GB"/>
        </w:rPr>
        <w:t xml:space="preserve">yfaddawdu </w:t>
      </w:r>
      <w:r>
        <w:rPr>
          <w:lang w:val="cy-GB"/>
        </w:rPr>
        <w:t>ar d</w:t>
      </w:r>
      <w:r w:rsidR="00D066AB" w:rsidRPr="00042B3F">
        <w:rPr>
          <w:lang w:val="cy-GB"/>
        </w:rPr>
        <w:t>diogelwch</w:t>
      </w:r>
    </w:p>
    <w:p w14:paraId="5DB3247C" w14:textId="77777777" w:rsidR="00F272BB" w:rsidRPr="00042B3F" w:rsidRDefault="00D066AB" w:rsidP="008F4460">
      <w:pPr>
        <w:numPr>
          <w:ilvl w:val="0"/>
          <w:numId w:val="30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Torri Ymrwymiadau Trwydded Gweithredwr</w:t>
      </w:r>
    </w:p>
    <w:p w14:paraId="3C8B93AC" w14:textId="77777777" w:rsidR="00F272BB" w:rsidRPr="00042B3F" w:rsidRDefault="00D066AB" w:rsidP="008F4460">
      <w:pPr>
        <w:numPr>
          <w:ilvl w:val="0"/>
          <w:numId w:val="30"/>
        </w:numPr>
        <w:spacing w:after="0"/>
        <w:jc w:val="both"/>
        <w:rPr>
          <w:lang w:val="cy-GB"/>
        </w:rPr>
      </w:pPr>
      <w:r w:rsidRPr="00042B3F">
        <w:rPr>
          <w:lang w:val="cy-GB"/>
        </w:rPr>
        <w:t>Arwain at gamau disgyblu</w:t>
      </w:r>
    </w:p>
    <w:p w14:paraId="51ACF32B" w14:textId="075167DA" w:rsidR="00611B2D" w:rsidRPr="00042B3F" w:rsidRDefault="00AF311A" w:rsidP="008F4460">
      <w:pPr>
        <w:numPr>
          <w:ilvl w:val="0"/>
          <w:numId w:val="30"/>
        </w:numPr>
        <w:spacing w:after="0"/>
        <w:jc w:val="both"/>
        <w:rPr>
          <w:lang w:val="cy-GB"/>
        </w:rPr>
      </w:pPr>
      <w:r>
        <w:rPr>
          <w:color w:val="000000" w:themeColor="text1"/>
          <w:lang w:val="cy-GB"/>
        </w:rPr>
        <w:t>Rheo</w:t>
      </w:r>
      <w:r w:rsidRPr="00042B3F">
        <w:rPr>
          <w:lang w:val="cy-GB"/>
        </w:rPr>
        <w:t>l</w:t>
      </w:r>
      <w:r>
        <w:rPr>
          <w:lang w:val="cy-GB"/>
        </w:rPr>
        <w:t xml:space="preserve">i </w:t>
      </w:r>
      <w:r>
        <w:rPr>
          <w:color w:val="000000" w:themeColor="text1"/>
          <w:lang w:val="cy-GB"/>
        </w:rPr>
        <w:t>u</w:t>
      </w:r>
      <w:r w:rsidR="00D066AB" w:rsidRPr="00042B3F">
        <w:rPr>
          <w:color w:val="000000" w:themeColor="text1"/>
          <w:lang w:val="cy-GB"/>
        </w:rPr>
        <w:t>nrhyw ddiffyg cydymffurfi</w:t>
      </w:r>
      <w:r>
        <w:rPr>
          <w:color w:val="000000" w:themeColor="text1"/>
          <w:lang w:val="cy-GB"/>
        </w:rPr>
        <w:t>o</w:t>
      </w:r>
      <w:r w:rsidR="00D066AB" w:rsidRPr="00042B3F">
        <w:rPr>
          <w:color w:val="000000" w:themeColor="text1"/>
          <w:lang w:val="cy-GB"/>
        </w:rPr>
        <w:t xml:space="preserve"> drwy Fframwaith Cydymffurfio</w:t>
      </w:r>
      <w:r w:rsidR="00914586">
        <w:rPr>
          <w:color w:val="000000" w:themeColor="text1"/>
          <w:lang w:val="cy-GB"/>
        </w:rPr>
        <w:t>’</w:t>
      </w:r>
      <w:r>
        <w:rPr>
          <w:color w:val="000000" w:themeColor="text1"/>
          <w:lang w:val="cy-GB"/>
        </w:rPr>
        <w:t>r</w:t>
      </w:r>
      <w:r w:rsidR="00D066AB" w:rsidRPr="00042B3F">
        <w:rPr>
          <w:color w:val="000000" w:themeColor="text1"/>
          <w:lang w:val="cy-GB"/>
        </w:rPr>
        <w:t xml:space="preserve"> Llawlyfr Gyrw</w:t>
      </w:r>
      <w:r w:rsidR="002D0E46">
        <w:rPr>
          <w:color w:val="000000" w:themeColor="text1"/>
          <w:lang w:val="cy-GB"/>
        </w:rPr>
        <w:t>y</w:t>
      </w:r>
      <w:r w:rsidR="00D066AB" w:rsidRPr="00042B3F">
        <w:rPr>
          <w:color w:val="000000" w:themeColor="text1"/>
          <w:lang w:val="cy-GB"/>
        </w:rPr>
        <w:t>r.</w:t>
      </w:r>
    </w:p>
    <w:p w14:paraId="72F98F9C" w14:textId="77777777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>3. Categorïau Diffygion</w:t>
      </w:r>
    </w:p>
    <w:p w14:paraId="6B074F73" w14:textId="55ADA6EB" w:rsidR="00F8359E" w:rsidRPr="00042B3F" w:rsidRDefault="00D066AB" w:rsidP="000F145C">
      <w:pPr>
        <w:rPr>
          <w:lang w:val="cy-GB"/>
        </w:rPr>
      </w:pPr>
      <w:r w:rsidRPr="00042B3F">
        <w:rPr>
          <w:lang w:val="cy-GB"/>
        </w:rPr>
        <w:t>Categori A (Peryglus): Ni ddylid defnyddio</w:t>
      </w:r>
      <w:r w:rsidR="00914586">
        <w:rPr>
          <w:lang w:val="cy-GB"/>
        </w:rPr>
        <w:t>’</w:t>
      </w:r>
      <w:r w:rsidR="00AF311A">
        <w:rPr>
          <w:lang w:val="cy-GB"/>
        </w:rPr>
        <w:t>r</w:t>
      </w:r>
      <w:r w:rsidRPr="00042B3F">
        <w:rPr>
          <w:lang w:val="cy-GB"/>
        </w:rPr>
        <w:t xml:space="preserve"> cerbyd.</w:t>
      </w:r>
      <w:r w:rsidRPr="00042B3F">
        <w:rPr>
          <w:lang w:val="cy-GB"/>
        </w:rPr>
        <w:br/>
        <w:t xml:space="preserve">Categori B (Mawr): Angen </w:t>
      </w:r>
      <w:r w:rsidR="00AF311A">
        <w:rPr>
          <w:lang w:val="cy-GB"/>
        </w:rPr>
        <w:t xml:space="preserve">trwsio </w:t>
      </w:r>
      <w:r w:rsidRPr="00042B3F">
        <w:rPr>
          <w:lang w:val="cy-GB"/>
        </w:rPr>
        <w:t>cyn defnydd</w:t>
      </w:r>
      <w:r w:rsidR="00AF311A">
        <w:rPr>
          <w:lang w:val="cy-GB"/>
        </w:rPr>
        <w:t>io</w:t>
      </w:r>
      <w:r w:rsidR="00914586">
        <w:rPr>
          <w:lang w:val="cy-GB"/>
        </w:rPr>
        <w:t>’</w:t>
      </w:r>
      <w:r w:rsidR="00AF311A">
        <w:rPr>
          <w:lang w:val="cy-GB"/>
        </w:rPr>
        <w:t>r tro</w:t>
      </w:r>
      <w:r w:rsidRPr="00042B3F">
        <w:rPr>
          <w:lang w:val="cy-GB"/>
        </w:rPr>
        <w:t xml:space="preserve"> nesaf.</w:t>
      </w:r>
      <w:r w:rsidRPr="00042B3F">
        <w:rPr>
          <w:lang w:val="cy-GB"/>
        </w:rPr>
        <w:br/>
        <w:t>Categori C (Mân): Monitro ac atgyweirio yn ôl yr amserlen.</w:t>
      </w:r>
    </w:p>
    <w:p w14:paraId="127FF1AE" w14:textId="0CE3D4EE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 xml:space="preserve">4. Proses </w:t>
      </w:r>
      <w:r w:rsidR="00767A98">
        <w:rPr>
          <w:lang w:val="cy-GB"/>
        </w:rPr>
        <w:t>Unioni</w:t>
      </w:r>
    </w:p>
    <w:p w14:paraId="51676046" w14:textId="633869F9" w:rsidR="00F8359E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 xml:space="preserve">Rhaid i bob diffyg gael ei gofnodi, ei asesu </w:t>
      </w:r>
      <w:r w:rsidR="00767A98">
        <w:rPr>
          <w:lang w:val="cy-GB"/>
        </w:rPr>
        <w:t xml:space="preserve">o ran </w:t>
      </w:r>
      <w:r w:rsidRPr="00042B3F">
        <w:rPr>
          <w:lang w:val="cy-GB"/>
        </w:rPr>
        <w:t xml:space="preserve">difrifoldeb, ei </w:t>
      </w:r>
      <w:r w:rsidR="00767A98">
        <w:rPr>
          <w:lang w:val="cy-GB"/>
        </w:rPr>
        <w:t xml:space="preserve">drwsio </w:t>
      </w:r>
      <w:r w:rsidRPr="00042B3F">
        <w:rPr>
          <w:lang w:val="cy-GB"/>
        </w:rPr>
        <w:t>yn unol â hynny, a</w:t>
      </w:r>
      <w:r w:rsidR="00914586">
        <w:rPr>
          <w:lang w:val="cy-GB"/>
        </w:rPr>
        <w:t>’</w:t>
      </w:r>
      <w:r w:rsidRPr="00042B3F">
        <w:rPr>
          <w:lang w:val="cy-GB"/>
        </w:rPr>
        <w:t>i lofnodi cyn i</w:t>
      </w:r>
      <w:r w:rsidR="00914586">
        <w:rPr>
          <w:lang w:val="cy-GB"/>
        </w:rPr>
        <w:t>’</w:t>
      </w:r>
      <w:r w:rsidRPr="00042B3F">
        <w:rPr>
          <w:lang w:val="cy-GB"/>
        </w:rPr>
        <w:t>r cerbyd wasanaeth</w:t>
      </w:r>
      <w:r w:rsidR="00767A98">
        <w:rPr>
          <w:lang w:val="cy-GB"/>
        </w:rPr>
        <w:t>u eto</w:t>
      </w:r>
      <w:r w:rsidRPr="00042B3F">
        <w:rPr>
          <w:lang w:val="cy-GB"/>
        </w:rPr>
        <w:t>.</w:t>
      </w:r>
    </w:p>
    <w:p w14:paraId="05E542E3" w14:textId="77777777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>5. Cadw Cofnodion</w:t>
      </w:r>
    </w:p>
    <w:p w14:paraId="4743AFB1" w14:textId="56BB15F9" w:rsidR="00F8359E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>Rhaid cadw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holl adroddiadau </w:t>
      </w:r>
      <w:r w:rsidR="00767A98">
        <w:rPr>
          <w:lang w:val="cy-GB"/>
        </w:rPr>
        <w:t>am d</w:t>
      </w:r>
      <w:r w:rsidRPr="00042B3F">
        <w:rPr>
          <w:lang w:val="cy-GB"/>
        </w:rPr>
        <w:t xml:space="preserve">diffygion a chofnodion </w:t>
      </w:r>
      <w:r w:rsidR="00767A98">
        <w:rPr>
          <w:lang w:val="cy-GB"/>
        </w:rPr>
        <w:t xml:space="preserve">am </w:t>
      </w:r>
      <w:r w:rsidRPr="00042B3F">
        <w:rPr>
          <w:lang w:val="cy-GB"/>
        </w:rPr>
        <w:t>atgyweirio am o leiaf 15 mis at ddibenion cydymffurfio ac archwilio.</w:t>
      </w:r>
    </w:p>
    <w:p w14:paraId="0AB8001B" w14:textId="77777777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lastRenderedPageBreak/>
        <w:t>6. Cydymffurfio a Monitro</w:t>
      </w:r>
    </w:p>
    <w:p w14:paraId="4FE8C760" w14:textId="69272466" w:rsidR="00F8359E" w:rsidRPr="00042B3F" w:rsidRDefault="00767A98" w:rsidP="00850D3A">
      <w:pPr>
        <w:jc w:val="both"/>
        <w:rPr>
          <w:lang w:val="cy-GB"/>
        </w:rPr>
      </w:pPr>
      <w:r>
        <w:rPr>
          <w:lang w:val="cy-GB"/>
        </w:rPr>
        <w:t>Cynhe</w:t>
      </w:r>
      <w:r w:rsidRPr="00042B3F">
        <w:rPr>
          <w:lang w:val="cy-GB"/>
        </w:rPr>
        <w:t>l</w:t>
      </w:r>
      <w:r>
        <w:rPr>
          <w:lang w:val="cy-GB"/>
        </w:rPr>
        <w:t xml:space="preserve">ir </w:t>
      </w:r>
      <w:r w:rsidR="00D066AB" w:rsidRPr="00042B3F">
        <w:rPr>
          <w:lang w:val="cy-GB"/>
        </w:rPr>
        <w:t xml:space="preserve">archwiliadau rheolaidd </w:t>
      </w:r>
      <w:r>
        <w:rPr>
          <w:lang w:val="cy-GB"/>
        </w:rPr>
        <w:t xml:space="preserve">er mwyn </w:t>
      </w:r>
      <w:r w:rsidR="00D066AB" w:rsidRPr="00042B3F">
        <w:rPr>
          <w:lang w:val="cy-GB"/>
        </w:rPr>
        <w:t xml:space="preserve">sicrhau </w:t>
      </w:r>
      <w:r>
        <w:rPr>
          <w:lang w:val="cy-GB"/>
        </w:rPr>
        <w:t xml:space="preserve">y cedwir </w:t>
      </w:r>
      <w:r w:rsidR="00D066AB" w:rsidRPr="00042B3F">
        <w:rPr>
          <w:lang w:val="cy-GB"/>
        </w:rPr>
        <w:t>at y polisi hwn. Gall diffyg cydymffurfio arwain at ailhyfforddi neu gamau disgyblu.</w:t>
      </w:r>
    </w:p>
    <w:p w14:paraId="3035973A" w14:textId="77777777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>7. Hyfforddiant</w:t>
      </w:r>
    </w:p>
    <w:p w14:paraId="12F74E63" w14:textId="039AFF16" w:rsidR="00F8359E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 xml:space="preserve">Rhaid i bob gyrrwr </w:t>
      </w:r>
      <w:r w:rsidR="00767A98">
        <w:rPr>
          <w:lang w:val="cy-GB"/>
        </w:rPr>
        <w:t>gae</w:t>
      </w:r>
      <w:r w:rsidR="00767A98" w:rsidRPr="00042B3F">
        <w:rPr>
          <w:lang w:val="cy-GB"/>
        </w:rPr>
        <w:t>l</w:t>
      </w:r>
      <w:r w:rsidR="00767A98">
        <w:rPr>
          <w:lang w:val="cy-GB"/>
        </w:rPr>
        <w:t xml:space="preserve"> </w:t>
      </w:r>
      <w:r w:rsidRPr="00042B3F">
        <w:rPr>
          <w:lang w:val="cy-GB"/>
        </w:rPr>
        <w:t xml:space="preserve">hyfforddiant </w:t>
      </w:r>
      <w:r w:rsidR="00767A98">
        <w:rPr>
          <w:lang w:val="cy-GB"/>
        </w:rPr>
        <w:t>am g</w:t>
      </w:r>
      <w:r w:rsidRPr="00042B3F">
        <w:rPr>
          <w:lang w:val="cy-GB"/>
        </w:rPr>
        <w:t>erdded o gwmpas cerbydau</w:t>
      </w:r>
      <w:r w:rsidR="00767A98">
        <w:rPr>
          <w:lang w:val="cy-GB"/>
        </w:rPr>
        <w:t xml:space="preserve"> i wirio</w:t>
      </w:r>
      <w:r w:rsidRPr="00042B3F">
        <w:rPr>
          <w:lang w:val="cy-GB"/>
        </w:rPr>
        <w:t xml:space="preserve">, gweithdrefnau </w:t>
      </w:r>
      <w:r w:rsidR="00595008">
        <w:rPr>
          <w:lang w:val="cy-GB"/>
        </w:rPr>
        <w:t>adrodd am</w:t>
      </w:r>
      <w:r w:rsidR="00767A98">
        <w:rPr>
          <w:lang w:val="cy-GB"/>
        </w:rPr>
        <w:t xml:space="preserve"> </w:t>
      </w:r>
      <w:r w:rsidR="00595008">
        <w:rPr>
          <w:lang w:val="cy-GB"/>
        </w:rPr>
        <w:t>d</w:t>
      </w:r>
      <w:r w:rsidRPr="00042B3F">
        <w:rPr>
          <w:lang w:val="cy-GB"/>
        </w:rPr>
        <w:t xml:space="preserve">diffygion a hyfforddiant </w:t>
      </w:r>
      <w:r w:rsidR="00767A98">
        <w:rPr>
          <w:lang w:val="cy-GB"/>
        </w:rPr>
        <w:t xml:space="preserve">adnewyddu </w:t>
      </w:r>
      <w:r w:rsidRPr="00042B3F">
        <w:rPr>
          <w:lang w:val="cy-GB"/>
        </w:rPr>
        <w:t>o bryd i</w:t>
      </w:r>
      <w:r w:rsidR="00914586">
        <w:rPr>
          <w:lang w:val="cy-GB"/>
        </w:rPr>
        <w:t>’</w:t>
      </w:r>
      <w:r w:rsidRPr="00042B3F">
        <w:rPr>
          <w:lang w:val="cy-GB"/>
        </w:rPr>
        <w:t>w gilydd.</w:t>
      </w:r>
    </w:p>
    <w:p w14:paraId="3486D5ED" w14:textId="77777777" w:rsidR="00F8359E" w:rsidRPr="00042B3F" w:rsidRDefault="00D066AB" w:rsidP="00850D3A">
      <w:pPr>
        <w:pStyle w:val="Heading1"/>
        <w:jc w:val="both"/>
        <w:rPr>
          <w:lang w:val="cy-GB"/>
        </w:rPr>
      </w:pPr>
      <w:r w:rsidRPr="00042B3F">
        <w:rPr>
          <w:lang w:val="cy-GB"/>
        </w:rPr>
        <w:t>8. Gweithrediadau Brys</w:t>
      </w:r>
    </w:p>
    <w:p w14:paraId="33C9B426" w14:textId="03BAD8F9" w:rsidR="00263CBC" w:rsidRPr="00042B3F" w:rsidRDefault="00D066AB" w:rsidP="00850D3A">
      <w:pPr>
        <w:jc w:val="both"/>
        <w:rPr>
          <w:lang w:val="cy-GB"/>
        </w:rPr>
      </w:pPr>
      <w:r w:rsidRPr="00042B3F">
        <w:rPr>
          <w:lang w:val="cy-GB"/>
        </w:rPr>
        <w:t>Mae</w:t>
      </w:r>
      <w:r w:rsidR="00914586">
        <w:rPr>
          <w:lang w:val="cy-GB"/>
        </w:rPr>
        <w:t>’</w:t>
      </w:r>
      <w:r w:rsidRPr="00042B3F">
        <w:rPr>
          <w:lang w:val="cy-GB"/>
        </w:rPr>
        <w:t xml:space="preserve">r weithdrefn hon </w:t>
      </w:r>
      <w:r w:rsidR="00767A98">
        <w:rPr>
          <w:lang w:val="cy-GB"/>
        </w:rPr>
        <w:t xml:space="preserve">yr un mor </w:t>
      </w:r>
      <w:r w:rsidRPr="00042B3F">
        <w:rPr>
          <w:lang w:val="cy-GB"/>
        </w:rPr>
        <w:t>berthnasol yn ystod gweithrediadau brys ac wrth gefn. Ni ddylid gweithredu cerbydau anniogel o dan unrhyw amgylchiadau.</w:t>
      </w:r>
    </w:p>
    <w:p w14:paraId="5C10E17B" w14:textId="1BAFE834" w:rsidR="0051309A" w:rsidRPr="00042B3F" w:rsidRDefault="00D066AB" w:rsidP="0051309A">
      <w:pPr>
        <w:pStyle w:val="Heading1"/>
        <w:jc w:val="both"/>
        <w:rPr>
          <w:lang w:val="cy-GB"/>
        </w:rPr>
      </w:pPr>
      <w:r w:rsidRPr="00042B3F">
        <w:rPr>
          <w:lang w:val="cy-GB"/>
        </w:rPr>
        <w:t xml:space="preserve">9. Proses Llif y Gweithdy ar gyfer Diffygion yn </w:t>
      </w:r>
      <w:r w:rsidR="00743263">
        <w:rPr>
          <w:lang w:val="cy-GB"/>
        </w:rPr>
        <w:t>D</w:t>
      </w:r>
      <w:r w:rsidRPr="00042B3F">
        <w:rPr>
          <w:lang w:val="cy-GB"/>
        </w:rPr>
        <w:t xml:space="preserve">epos Trostre, </w:t>
      </w:r>
      <w:proofErr w:type="spellStart"/>
      <w:r w:rsidRPr="00042B3F">
        <w:rPr>
          <w:lang w:val="cy-GB"/>
        </w:rPr>
        <w:t>Cillefwr</w:t>
      </w:r>
      <w:proofErr w:type="spellEnd"/>
      <w:r w:rsidRPr="00042B3F">
        <w:rPr>
          <w:lang w:val="cy-GB"/>
        </w:rPr>
        <w:t xml:space="preserve"> a Glanaman</w:t>
      </w:r>
    </w:p>
    <w:p w14:paraId="0EA7170F" w14:textId="35FDDB7C" w:rsidR="00341E06" w:rsidRPr="00042B3F" w:rsidRDefault="00D066AB" w:rsidP="00341E06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 gyrrwr yn nodi ac yn cofnodi diffyg gan ddefnyddio naill ai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b/>
          <w:bCs/>
          <w:lang w:val="cy-GB" w:eastAsia="en-GB"/>
        </w:rPr>
        <w:t>llyfr diffygion cerbyd</w:t>
      </w:r>
      <w:r w:rsidR="00767A98">
        <w:rPr>
          <w:rFonts w:eastAsia="Times New Roman" w:cs="Segoe UI"/>
          <w:b/>
          <w:bCs/>
          <w:lang w:val="cy-GB" w:eastAsia="en-GB"/>
        </w:rPr>
        <w:t>au</w:t>
      </w:r>
      <w:r w:rsidRPr="00042B3F">
        <w:rPr>
          <w:rFonts w:eastAsia="Times New Roman" w:cs="Segoe UI"/>
          <w:lang w:val="cy-GB" w:eastAsia="en-GB"/>
        </w:rPr>
        <w:t xml:space="preserve"> neu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b/>
          <w:bCs/>
          <w:lang w:val="cy-GB" w:eastAsia="en-GB"/>
        </w:rPr>
        <w:t xml:space="preserve">system </w:t>
      </w:r>
      <w:r w:rsidR="00595008">
        <w:rPr>
          <w:rFonts w:eastAsia="Times New Roman" w:cs="Segoe UI"/>
          <w:b/>
          <w:bCs/>
          <w:lang w:val="cy-GB" w:eastAsia="en-GB"/>
        </w:rPr>
        <w:t>adrodd am d</w:t>
      </w:r>
      <w:r w:rsidRPr="00042B3F">
        <w:rPr>
          <w:rFonts w:eastAsia="Times New Roman" w:cs="Segoe UI"/>
          <w:b/>
          <w:bCs/>
          <w:lang w:val="cy-GB" w:eastAsia="en-GB"/>
        </w:rPr>
        <w:t xml:space="preserve">diffygion </w:t>
      </w:r>
      <w:r w:rsidR="00767A98">
        <w:rPr>
          <w:rFonts w:eastAsia="Times New Roman" w:cs="Segoe UI"/>
          <w:b/>
          <w:bCs/>
          <w:lang w:val="cy-GB" w:eastAsia="en-GB"/>
        </w:rPr>
        <w:t>d</w:t>
      </w:r>
      <w:r w:rsidRPr="00042B3F">
        <w:rPr>
          <w:rFonts w:eastAsia="Times New Roman" w:cs="Segoe UI"/>
          <w:b/>
          <w:bCs/>
          <w:lang w:val="cy-GB" w:eastAsia="en-GB"/>
        </w:rPr>
        <w:t>digidol</w:t>
      </w:r>
      <w:r w:rsidRPr="00042B3F">
        <w:rPr>
          <w:rFonts w:eastAsia="Times New Roman" w:cs="Segoe UI"/>
          <w:lang w:val="cy-GB" w:eastAsia="en-GB"/>
        </w:rPr>
        <w:t>, neu mae</w:t>
      </w:r>
      <w:r w:rsidR="00914586">
        <w:rPr>
          <w:rFonts w:eastAsia="Times New Roman" w:cs="Segoe UI"/>
          <w:lang w:val="cy-GB" w:eastAsia="en-GB"/>
        </w:rPr>
        <w:t>’</w:t>
      </w:r>
      <w:r w:rsidR="00767A98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</w:t>
      </w:r>
      <w:r w:rsidR="00767A98">
        <w:rPr>
          <w:rFonts w:eastAsia="Times New Roman" w:cs="Segoe UI"/>
          <w:lang w:val="cy-GB" w:eastAsia="en-GB"/>
        </w:rPr>
        <w:t>Ff</w:t>
      </w:r>
      <w:r w:rsidR="00767A98" w:rsidRPr="00042B3F">
        <w:rPr>
          <w:lang w:val="cy-GB"/>
        </w:rPr>
        <w:t>l</w:t>
      </w:r>
      <w:r w:rsidR="00767A98">
        <w:rPr>
          <w:lang w:val="cy-GB"/>
        </w:rPr>
        <w:t xml:space="preserve">yd </w:t>
      </w:r>
      <w:r w:rsidRPr="00042B3F">
        <w:rPr>
          <w:rFonts w:eastAsia="Times New Roman" w:cs="Segoe UI"/>
          <w:lang w:val="cy-GB" w:eastAsia="en-GB"/>
        </w:rPr>
        <w:t>yn gofyn 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cerbyd </w:t>
      </w:r>
      <w:r w:rsidR="00767A98">
        <w:rPr>
          <w:rFonts w:eastAsia="Times New Roman" w:cs="Segoe UI"/>
          <w:lang w:val="cy-GB" w:eastAsia="en-GB"/>
        </w:rPr>
        <w:t>fynd i</w:t>
      </w:r>
      <w:r w:rsidR="00914586">
        <w:rPr>
          <w:rFonts w:eastAsia="Times New Roman" w:cs="Segoe UI"/>
          <w:lang w:val="cy-GB" w:eastAsia="en-GB"/>
        </w:rPr>
        <w:t>’</w:t>
      </w:r>
      <w:r w:rsidR="00767A98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lang w:val="cy-GB" w:eastAsia="en-GB"/>
        </w:rPr>
        <w:t>gweithdy 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w wasanaethu neu ei </w:t>
      </w:r>
      <w:r w:rsidR="00767A98">
        <w:rPr>
          <w:rFonts w:eastAsia="Times New Roman" w:cs="Segoe UI"/>
          <w:lang w:val="cy-GB" w:eastAsia="en-GB"/>
        </w:rPr>
        <w:t>drwsio</w:t>
      </w:r>
      <w:r w:rsidRPr="00042B3F">
        <w:rPr>
          <w:rFonts w:eastAsia="Times New Roman" w:cs="Segoe UI"/>
          <w:lang w:val="cy-GB" w:eastAsia="en-GB"/>
        </w:rPr>
        <w:t>.</w:t>
      </w:r>
    </w:p>
    <w:p w14:paraId="3B2C5917" w14:textId="55ACE20E" w:rsidR="002003AF" w:rsidRPr="00042B3F" w:rsidRDefault="00D066AB" w:rsidP="002003AF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gyrrwr yn </w:t>
      </w:r>
      <w:r w:rsidR="00767A98">
        <w:rPr>
          <w:rFonts w:eastAsia="Times New Roman" w:cs="Segoe UI"/>
          <w:lang w:val="cy-GB" w:eastAsia="en-GB"/>
        </w:rPr>
        <w:t>rhoi</w:t>
      </w:r>
      <w:r w:rsidR="00914586">
        <w:rPr>
          <w:rFonts w:eastAsia="Times New Roman" w:cs="Segoe UI"/>
          <w:lang w:val="cy-GB" w:eastAsia="en-GB"/>
        </w:rPr>
        <w:t>’</w:t>
      </w:r>
      <w:r w:rsidR="00767A98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lang w:val="cy-GB" w:eastAsia="en-GB"/>
        </w:rPr>
        <w:t xml:space="preserve">allweddi a, lle </w:t>
      </w:r>
      <w:r w:rsidR="00767A98">
        <w:rPr>
          <w:rFonts w:eastAsia="Times New Roman" w:cs="Segoe UI"/>
          <w:lang w:val="cy-GB" w:eastAsia="en-GB"/>
        </w:rPr>
        <w:t xml:space="preserve">y </w:t>
      </w:r>
      <w:r w:rsidRPr="00042B3F">
        <w:rPr>
          <w:rFonts w:eastAsia="Times New Roman" w:cs="Segoe UI"/>
          <w:lang w:val="cy-GB" w:eastAsia="en-GB"/>
        </w:rPr>
        <w:t>bo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berthnasol, y llyfr diffygion wedi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i </w:t>
      </w:r>
      <w:r w:rsidR="00767A98" w:rsidRPr="00042B3F">
        <w:rPr>
          <w:lang w:val="cy-GB"/>
        </w:rPr>
        <w:t>l</w:t>
      </w:r>
      <w:r w:rsidR="00767A98">
        <w:rPr>
          <w:lang w:val="cy-GB"/>
        </w:rPr>
        <w:t xml:space="preserve">enwi, </w:t>
      </w:r>
      <w:r w:rsidRPr="00042B3F">
        <w:rPr>
          <w:rFonts w:eastAsia="Times New Roman" w:cs="Segoe UI"/>
          <w:lang w:val="cy-GB" w:eastAsia="en-GB"/>
        </w:rPr>
        <w:t>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dderbynfa.</w:t>
      </w:r>
    </w:p>
    <w:p w14:paraId="2F629B80" w14:textId="2305ED7D" w:rsidR="00BE1C9D" w:rsidRPr="00042B3F" w:rsidRDefault="00D066AB" w:rsidP="00BE1C9D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D</w:t>
      </w:r>
      <w:r w:rsidR="00767A98">
        <w:rPr>
          <w:rFonts w:eastAsia="Times New Roman" w:cs="Segoe UI"/>
          <w:lang w:val="cy-GB" w:eastAsia="en-GB"/>
        </w:rPr>
        <w:t>d</w:t>
      </w:r>
      <w:r w:rsidRPr="00042B3F">
        <w:rPr>
          <w:rFonts w:eastAsia="Times New Roman" w:cs="Segoe UI"/>
          <w:lang w:val="cy-GB" w:eastAsia="en-GB"/>
        </w:rPr>
        <w:t>erbynfa (Trostre) neu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Arweinydd Tîm (</w:t>
      </w:r>
      <w:proofErr w:type="spellStart"/>
      <w:r w:rsidRPr="00042B3F">
        <w:rPr>
          <w:rFonts w:eastAsia="Times New Roman" w:cs="Segoe UI"/>
          <w:lang w:val="cy-GB" w:eastAsia="en-GB"/>
        </w:rPr>
        <w:t>Cillefwr</w:t>
      </w:r>
      <w:proofErr w:type="spellEnd"/>
      <w:r w:rsidRPr="00042B3F">
        <w:rPr>
          <w:rFonts w:eastAsia="Times New Roman" w:cs="Segoe UI"/>
          <w:lang w:val="cy-GB" w:eastAsia="en-GB"/>
        </w:rPr>
        <w:t xml:space="preserve"> </w:t>
      </w:r>
      <w:r w:rsidR="00767A98">
        <w:rPr>
          <w:rFonts w:eastAsia="Times New Roman" w:cs="Segoe UI"/>
          <w:lang w:val="cy-GB" w:eastAsia="en-GB"/>
        </w:rPr>
        <w:t>a</w:t>
      </w:r>
      <w:r w:rsidRPr="00042B3F">
        <w:rPr>
          <w:rFonts w:eastAsia="Times New Roman" w:cs="Segoe UI"/>
          <w:lang w:val="cy-GB" w:eastAsia="en-GB"/>
        </w:rPr>
        <w:t xml:space="preserve"> Glanaman) yn </w:t>
      </w:r>
      <w:r w:rsidR="00767A98">
        <w:rPr>
          <w:rFonts w:eastAsia="Times New Roman" w:cs="Segoe UI"/>
          <w:lang w:val="cy-GB" w:eastAsia="en-GB"/>
        </w:rPr>
        <w:t>edrych dro</w:t>
      </w:r>
      <w:r w:rsidR="002D58E5">
        <w:rPr>
          <w:rFonts w:eastAsia="Times New Roman" w:cs="Segoe UI"/>
          <w:lang w:val="cy-GB" w:eastAsia="en-GB"/>
        </w:rPr>
        <w:t>s</w:t>
      </w:r>
      <w:r w:rsidR="00767A98">
        <w:rPr>
          <w:rFonts w:eastAsia="Times New Roman" w:cs="Segoe UI"/>
          <w:lang w:val="cy-GB" w:eastAsia="en-GB"/>
        </w:rPr>
        <w:t xml:space="preserve"> yr </w:t>
      </w:r>
      <w:r w:rsidRPr="00042B3F">
        <w:rPr>
          <w:rFonts w:eastAsia="Times New Roman" w:cs="Segoe UI"/>
          <w:lang w:val="cy-GB" w:eastAsia="en-GB"/>
        </w:rPr>
        <w:t xml:space="preserve">adroddiad </w:t>
      </w:r>
      <w:r w:rsidR="00767A98">
        <w:rPr>
          <w:rFonts w:eastAsia="Times New Roman" w:cs="Segoe UI"/>
          <w:lang w:val="cy-GB" w:eastAsia="en-GB"/>
        </w:rPr>
        <w:t>am d</w:t>
      </w:r>
      <w:r w:rsidRPr="00042B3F">
        <w:rPr>
          <w:rFonts w:eastAsia="Times New Roman" w:cs="Segoe UI"/>
          <w:lang w:val="cy-GB" w:eastAsia="en-GB"/>
        </w:rPr>
        <w:t>diffygion, p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un a yw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cael ei gyflwyno drwy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llyfr diffygion neu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system </w:t>
      </w:r>
      <w:r w:rsidR="00595008">
        <w:rPr>
          <w:rFonts w:eastAsia="Times New Roman" w:cs="Segoe UI"/>
          <w:lang w:val="cy-GB" w:eastAsia="en-GB"/>
        </w:rPr>
        <w:t>adrodd am</w:t>
      </w:r>
      <w:r w:rsidR="00767A98">
        <w:rPr>
          <w:rFonts w:eastAsia="Times New Roman" w:cs="Segoe UI"/>
          <w:lang w:val="cy-GB" w:eastAsia="en-GB"/>
        </w:rPr>
        <w:t xml:space="preserve"> </w:t>
      </w:r>
      <w:r w:rsidR="00595008">
        <w:rPr>
          <w:rFonts w:eastAsia="Times New Roman" w:cs="Segoe UI"/>
          <w:lang w:val="cy-GB" w:eastAsia="en-GB"/>
        </w:rPr>
        <w:t>d</w:t>
      </w:r>
      <w:r w:rsidRPr="00042B3F">
        <w:rPr>
          <w:rFonts w:eastAsia="Times New Roman" w:cs="Segoe UI"/>
          <w:lang w:val="cy-GB" w:eastAsia="en-GB"/>
        </w:rPr>
        <w:t xml:space="preserve">diffygion </w:t>
      </w:r>
      <w:r w:rsidR="00767A98">
        <w:rPr>
          <w:rFonts w:eastAsia="Times New Roman" w:cs="Segoe UI"/>
          <w:lang w:val="cy-GB" w:eastAsia="en-GB"/>
        </w:rPr>
        <w:t>d</w:t>
      </w:r>
      <w:r w:rsidRPr="00042B3F">
        <w:rPr>
          <w:rFonts w:eastAsia="Times New Roman" w:cs="Segoe UI"/>
          <w:lang w:val="cy-GB" w:eastAsia="en-GB"/>
        </w:rPr>
        <w:t xml:space="preserve">digidol. Rhaid </w:t>
      </w:r>
      <w:r w:rsidR="00122FDE">
        <w:rPr>
          <w:rFonts w:eastAsia="Times New Roman" w:cs="Segoe UI"/>
          <w:lang w:val="cy-GB" w:eastAsia="en-GB"/>
        </w:rPr>
        <w:t xml:space="preserve">cyfeirio </w:t>
      </w:r>
      <w:r w:rsidRPr="00042B3F">
        <w:rPr>
          <w:rFonts w:eastAsia="Times New Roman" w:cs="Segoe UI"/>
          <w:lang w:val="cy-GB" w:eastAsia="en-GB"/>
        </w:rPr>
        <w:t xml:space="preserve">unrhyw anghysondebau, cofnodion anghyflawn, neu bryderon am y diffyg </w:t>
      </w:r>
      <w:r w:rsidR="00122FDE">
        <w:rPr>
          <w:rFonts w:eastAsia="Times New Roman" w:cs="Segoe UI"/>
          <w:lang w:val="cy-GB" w:eastAsia="en-GB"/>
        </w:rPr>
        <w:t xml:space="preserve">yr </w:t>
      </w:r>
      <w:r w:rsidRPr="00042B3F">
        <w:rPr>
          <w:rFonts w:eastAsia="Times New Roman" w:cs="Segoe UI"/>
          <w:lang w:val="cy-GB" w:eastAsia="en-GB"/>
        </w:rPr>
        <w:t xml:space="preserve">adroddwyd </w:t>
      </w:r>
      <w:r w:rsidR="00122FDE">
        <w:rPr>
          <w:rFonts w:eastAsia="Times New Roman" w:cs="Segoe UI"/>
          <w:lang w:val="cy-GB" w:eastAsia="en-GB"/>
        </w:rPr>
        <w:t xml:space="preserve">amdano </w:t>
      </w:r>
      <w:r w:rsidRPr="00042B3F">
        <w:rPr>
          <w:rFonts w:eastAsia="Times New Roman" w:cs="Segoe UI"/>
          <w:lang w:val="cy-GB" w:eastAsia="en-GB"/>
        </w:rPr>
        <w:t>at y Rheolwr Fflyd.</w:t>
      </w:r>
    </w:p>
    <w:p w14:paraId="74F456A9" w14:textId="67623532" w:rsidR="00E73DC6" w:rsidRPr="00042B3F" w:rsidRDefault="00D066AB" w:rsidP="00E73DC6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 xml:space="preserve">Mae </w:t>
      </w:r>
      <w:r w:rsidR="00122FDE">
        <w:rPr>
          <w:rFonts w:eastAsia="Times New Roman" w:cs="Segoe UI"/>
          <w:lang w:val="cy-GB" w:eastAsia="en-GB"/>
        </w:rPr>
        <w:t xml:space="preserve">tasg </w:t>
      </w:r>
      <w:r w:rsidRPr="00042B3F">
        <w:rPr>
          <w:rFonts w:eastAsia="Times New Roman" w:cs="Segoe UI"/>
          <w:lang w:val="cy-GB" w:eastAsia="en-GB"/>
        </w:rPr>
        <w:t xml:space="preserve">yn cael ei chodi ar System </w:t>
      </w:r>
      <w:r w:rsidR="00122FDE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>ynnal a Chadw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Fflyd gan y Dderbynfa (Trostre) neu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Arweinydd Tîm (</w:t>
      </w:r>
      <w:proofErr w:type="spellStart"/>
      <w:r w:rsidRPr="00042B3F">
        <w:rPr>
          <w:rFonts w:eastAsia="Times New Roman" w:cs="Segoe UI"/>
          <w:lang w:val="cy-GB" w:eastAsia="en-GB"/>
        </w:rPr>
        <w:t>Cillefwr</w:t>
      </w:r>
      <w:proofErr w:type="spellEnd"/>
      <w:r w:rsidRPr="00042B3F">
        <w:rPr>
          <w:rFonts w:eastAsia="Times New Roman" w:cs="Segoe UI"/>
          <w:lang w:val="cy-GB" w:eastAsia="en-GB"/>
        </w:rPr>
        <w:t xml:space="preserve"> </w:t>
      </w:r>
      <w:r w:rsidR="00122FDE">
        <w:rPr>
          <w:rFonts w:eastAsia="Times New Roman" w:cs="Segoe UI"/>
          <w:lang w:val="cy-GB" w:eastAsia="en-GB"/>
        </w:rPr>
        <w:t>a</w:t>
      </w:r>
      <w:r w:rsidRPr="00042B3F">
        <w:rPr>
          <w:rFonts w:eastAsia="Times New Roman" w:cs="Segoe UI"/>
          <w:lang w:val="cy-GB" w:eastAsia="en-GB"/>
        </w:rPr>
        <w:t xml:space="preserve"> Glanaman). Pan ddefnyddir llyfr diffygion papur, cofnodir rhif y </w:t>
      </w:r>
      <w:r w:rsidR="00122FDE">
        <w:rPr>
          <w:rFonts w:eastAsia="Times New Roman" w:cs="Segoe UI"/>
          <w:lang w:val="cy-GB" w:eastAsia="en-GB"/>
        </w:rPr>
        <w:t xml:space="preserve">dasg </w:t>
      </w:r>
      <w:r w:rsidRPr="00042B3F">
        <w:rPr>
          <w:rFonts w:eastAsia="Times New Roman" w:cs="Segoe UI"/>
          <w:lang w:val="cy-GB" w:eastAsia="en-GB"/>
        </w:rPr>
        <w:t>yn y llyfr diffygion.</w:t>
      </w:r>
    </w:p>
    <w:p w14:paraId="5CAD9771" w14:textId="1B428A77" w:rsidR="00726ECE" w:rsidRPr="00042B3F" w:rsidRDefault="00D066AB" w:rsidP="00726ECE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 xml:space="preserve">Lle </w:t>
      </w:r>
      <w:r w:rsidR="00122FDE">
        <w:rPr>
          <w:rFonts w:eastAsia="Times New Roman" w:cs="Segoe UI"/>
          <w:lang w:val="cy-GB" w:eastAsia="en-GB"/>
        </w:rPr>
        <w:t xml:space="preserve">y </w:t>
      </w:r>
      <w:r w:rsidRPr="00042B3F">
        <w:rPr>
          <w:rFonts w:eastAsia="Times New Roman" w:cs="Segoe UI"/>
          <w:lang w:val="cy-GB" w:eastAsia="en-GB"/>
        </w:rPr>
        <w:t>bo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n berthnasol, </w:t>
      </w:r>
      <w:r w:rsidR="00122FDE">
        <w:rPr>
          <w:rFonts w:eastAsia="Times New Roman" w:cs="Segoe UI"/>
          <w:lang w:val="cy-GB" w:eastAsia="en-GB"/>
        </w:rPr>
        <w:t xml:space="preserve">rhoddir </w:t>
      </w:r>
      <w:r w:rsidRPr="00042B3F">
        <w:rPr>
          <w:rFonts w:eastAsia="Times New Roman" w:cs="Segoe UI"/>
          <w:lang w:val="cy-GB" w:eastAsia="en-GB"/>
        </w:rPr>
        <w:t xml:space="preserve">y llyfr diffygion i Arweinydd Tîm y Gweithdy </w:t>
      </w:r>
      <w:r w:rsidR="00122FDE">
        <w:rPr>
          <w:rFonts w:eastAsia="Times New Roman" w:cs="Segoe UI"/>
          <w:lang w:val="cy-GB" w:eastAsia="en-GB"/>
        </w:rPr>
        <w:t xml:space="preserve">er mwyn </w:t>
      </w:r>
      <w:r w:rsidRPr="00042B3F">
        <w:rPr>
          <w:rFonts w:eastAsia="Times New Roman" w:cs="Segoe UI"/>
          <w:lang w:val="cy-GB" w:eastAsia="en-GB"/>
        </w:rPr>
        <w:t>dyrannu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gwaith.</w:t>
      </w:r>
    </w:p>
    <w:p w14:paraId="0A97A23F" w14:textId="71741A7A" w:rsidR="00726ECE" w:rsidRPr="00042B3F" w:rsidRDefault="00D066AB" w:rsidP="00726ECE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Arweinydd Tîm yn dyrannu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gwaith i dechnegydd, gan </w:t>
      </w:r>
      <w:r w:rsidR="00122FDE">
        <w:rPr>
          <w:rFonts w:eastAsia="Times New Roman" w:cs="Segoe UI"/>
          <w:lang w:val="cy-GB" w:eastAsia="en-GB"/>
        </w:rPr>
        <w:t>roi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 xml:space="preserve">r </w:t>
      </w:r>
      <w:r w:rsidRPr="00042B3F">
        <w:rPr>
          <w:rFonts w:eastAsia="Times New Roman" w:cs="Segoe UI"/>
          <w:lang w:val="cy-GB" w:eastAsia="en-GB"/>
        </w:rPr>
        <w:t xml:space="preserve">allweddi a, lle </w:t>
      </w:r>
      <w:r w:rsidR="00122FDE">
        <w:rPr>
          <w:rFonts w:eastAsia="Times New Roman" w:cs="Segoe UI"/>
          <w:lang w:val="cy-GB" w:eastAsia="en-GB"/>
        </w:rPr>
        <w:t xml:space="preserve">y </w:t>
      </w:r>
      <w:r w:rsidRPr="00042B3F">
        <w:rPr>
          <w:rFonts w:eastAsia="Times New Roman" w:cs="Segoe UI"/>
          <w:lang w:val="cy-GB" w:eastAsia="en-GB"/>
        </w:rPr>
        <w:t>bo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berthnasol, y llyfr diffygion.</w:t>
      </w:r>
    </w:p>
    <w:p w14:paraId="7637F658" w14:textId="22883D77" w:rsidR="00B20C6A" w:rsidRPr="00042B3F" w:rsidRDefault="00D066AB" w:rsidP="00B20C6A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Technegydd yn mewngofnodi 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="00122FDE">
        <w:rPr>
          <w:rFonts w:eastAsia="Times New Roman" w:cs="Segoe UI"/>
          <w:lang w:val="cy-GB" w:eastAsia="en-GB"/>
        </w:rPr>
        <w:t xml:space="preserve">dasg </w:t>
      </w:r>
      <w:r w:rsidRPr="00042B3F">
        <w:rPr>
          <w:rFonts w:eastAsia="Times New Roman" w:cs="Segoe UI"/>
          <w:lang w:val="cy-GB" w:eastAsia="en-GB"/>
        </w:rPr>
        <w:t xml:space="preserve">yn System </w:t>
      </w:r>
      <w:r w:rsidR="00122FDE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>ynnal a Chadw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Fflyd.</w:t>
      </w:r>
    </w:p>
    <w:p w14:paraId="5BF2754B" w14:textId="3E578723" w:rsidR="00734461" w:rsidRPr="00042B3F" w:rsidRDefault="00D066AB" w:rsidP="00734461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Technegydd yn cwblhau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="00122FDE">
        <w:rPr>
          <w:rFonts w:eastAsia="Times New Roman" w:cs="Segoe UI"/>
          <w:lang w:val="cy-GB" w:eastAsia="en-GB"/>
        </w:rPr>
        <w:t xml:space="preserve">gwaith trwsio </w:t>
      </w:r>
      <w:r w:rsidRPr="00042B3F">
        <w:rPr>
          <w:rFonts w:eastAsia="Times New Roman" w:cs="Segoe UI"/>
          <w:lang w:val="cy-GB" w:eastAsia="en-GB"/>
        </w:rPr>
        <w:t>ac yn cofnodi disgrifiad byr 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gwaith a wnaed. Pan ddefnyddir llyfr diffygion papur, 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cofnod yn cael ei lofnodi.</w:t>
      </w:r>
    </w:p>
    <w:p w14:paraId="7F8AAAAA" w14:textId="3CD3C2D0" w:rsidR="00BE3A18" w:rsidRPr="00042B3F" w:rsidRDefault="00D066AB" w:rsidP="00BE3A18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Ar gyfer llyfrau diffygion papur, 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slip rhwygo yn cael ei dynnu ar ôl cwblhau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="00122FDE">
        <w:rPr>
          <w:rFonts w:eastAsia="Times New Roman" w:cs="Segoe UI"/>
          <w:lang w:val="cy-GB" w:eastAsia="en-GB"/>
        </w:rPr>
        <w:t>gwaith trwsio</w:t>
      </w:r>
      <w:r w:rsidRPr="00042B3F">
        <w:rPr>
          <w:rFonts w:eastAsia="Times New Roman" w:cs="Segoe UI"/>
          <w:lang w:val="cy-GB" w:eastAsia="en-GB"/>
        </w:rPr>
        <w:t>.</w:t>
      </w:r>
    </w:p>
    <w:p w14:paraId="05C23598" w14:textId="357E5F3E" w:rsidR="00BE3A18" w:rsidRPr="00042B3F" w:rsidRDefault="00D066AB" w:rsidP="00BE3A18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Ar gyfer cerbydau sy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defnyddio llyfrau diffygion papur, 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llyfr diffygion wedi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i lofnodi yn cael ei ddychwelyd i </w:t>
      </w:r>
      <w:proofErr w:type="spellStart"/>
      <w:r w:rsidR="00122FDE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>ab</w:t>
      </w:r>
      <w:proofErr w:type="spellEnd"/>
      <w:r w:rsidRPr="00042B3F">
        <w:rPr>
          <w:rFonts w:eastAsia="Times New Roman" w:cs="Segoe UI"/>
          <w:lang w:val="cy-GB" w:eastAsia="en-GB"/>
        </w:rPr>
        <w:t xml:space="preserve"> </w:t>
      </w:r>
      <w:r w:rsidR="00122FDE">
        <w:rPr>
          <w:rFonts w:eastAsia="Times New Roman" w:cs="Segoe UI"/>
          <w:lang w:val="cy-GB" w:eastAsia="en-GB"/>
        </w:rPr>
        <w:t xml:space="preserve">y </w:t>
      </w:r>
      <w:r w:rsidRPr="00042B3F">
        <w:rPr>
          <w:rFonts w:eastAsia="Times New Roman" w:cs="Segoe UI"/>
          <w:lang w:val="cy-GB" w:eastAsia="en-GB"/>
        </w:rPr>
        <w:t>cerbyd.</w:t>
      </w:r>
    </w:p>
    <w:p w14:paraId="068EC92F" w14:textId="130FD5CD" w:rsidR="00D5443B" w:rsidRPr="00042B3F" w:rsidRDefault="00D066AB" w:rsidP="00D5443B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lastRenderedPageBreak/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Technegydd yn nodi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holl fanylion </w:t>
      </w:r>
      <w:r w:rsidR="00122FDE">
        <w:rPr>
          <w:rFonts w:eastAsia="Times New Roman" w:cs="Segoe UI"/>
          <w:lang w:val="cy-GB" w:eastAsia="en-GB"/>
        </w:rPr>
        <w:t>perthnaso</w:t>
      </w:r>
      <w:r w:rsidR="00122FDE" w:rsidRPr="00042B3F">
        <w:rPr>
          <w:lang w:val="cy-GB"/>
        </w:rPr>
        <w:t>l</w:t>
      </w:r>
      <w:r w:rsidR="00122FDE">
        <w:rPr>
          <w:lang w:val="cy-GB"/>
        </w:rPr>
        <w:t xml:space="preserve"> </w:t>
      </w:r>
      <w:r w:rsidR="00122FDE">
        <w:rPr>
          <w:rFonts w:eastAsia="Times New Roman" w:cs="Segoe UI"/>
          <w:lang w:val="cy-GB" w:eastAsia="en-GB"/>
        </w:rPr>
        <w:t xml:space="preserve">am y gwaith trwsio </w:t>
      </w:r>
      <w:r w:rsidRPr="00042B3F">
        <w:rPr>
          <w:rFonts w:eastAsia="Times New Roman" w:cs="Segoe UI"/>
          <w:lang w:val="cy-GB" w:eastAsia="en-GB"/>
        </w:rPr>
        <w:t xml:space="preserve">a chynnal a chadw </w:t>
      </w:r>
      <w:r w:rsidR="00122FDE">
        <w:rPr>
          <w:rFonts w:eastAsia="Times New Roman" w:cs="Segoe UI"/>
          <w:lang w:val="cy-GB" w:eastAsia="en-GB"/>
        </w:rPr>
        <w:t xml:space="preserve">ar </w:t>
      </w:r>
      <w:r w:rsidRPr="00042B3F">
        <w:rPr>
          <w:rFonts w:eastAsia="Times New Roman" w:cs="Segoe UI"/>
          <w:lang w:val="cy-GB" w:eastAsia="en-GB"/>
        </w:rPr>
        <w:t xml:space="preserve">System </w:t>
      </w:r>
      <w:r w:rsidR="00122FDE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>ynnal a Chadw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Fflyd.</w:t>
      </w:r>
    </w:p>
    <w:p w14:paraId="2EC8D60F" w14:textId="6F21D870" w:rsidR="00D5443B" w:rsidRPr="00042B3F" w:rsidRDefault="00D066AB" w:rsidP="00D5443B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cerbyd yn cael ei dynnu 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gweithdy </w:t>
      </w:r>
      <w:r w:rsidR="00122FDE">
        <w:rPr>
          <w:rFonts w:eastAsia="Times New Roman" w:cs="Segoe UI"/>
          <w:lang w:val="cy-GB" w:eastAsia="en-GB"/>
        </w:rPr>
        <w:t xml:space="preserve">ac </w:t>
      </w:r>
      <w:r w:rsidRPr="00042B3F">
        <w:rPr>
          <w:rFonts w:eastAsia="Times New Roman" w:cs="Segoe UI"/>
          <w:lang w:val="cy-GB" w:eastAsia="en-GB"/>
        </w:rPr>
        <w:t>ar gael i</w:t>
      </w:r>
      <w:r w:rsidR="00122FDE">
        <w:rPr>
          <w:rFonts w:eastAsia="Times New Roman" w:cs="Segoe UI"/>
          <w:lang w:val="cy-GB" w:eastAsia="en-GB"/>
        </w:rPr>
        <w:t xml:space="preserve"> wasanaethu unwaith to</w:t>
      </w:r>
      <w:r w:rsidRPr="00042B3F">
        <w:rPr>
          <w:rFonts w:eastAsia="Times New Roman" w:cs="Segoe UI"/>
          <w:lang w:val="cy-GB" w:eastAsia="en-GB"/>
        </w:rPr>
        <w:t>.</w:t>
      </w:r>
    </w:p>
    <w:p w14:paraId="69C8C9F3" w14:textId="5BBDEDA0" w:rsidR="001556CA" w:rsidRPr="00042B3F" w:rsidRDefault="00D066AB" w:rsidP="001556CA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allweddi a, lle </w:t>
      </w:r>
      <w:r w:rsidR="00122FDE">
        <w:rPr>
          <w:rFonts w:eastAsia="Times New Roman" w:cs="Segoe UI"/>
          <w:lang w:val="cy-GB" w:eastAsia="en-GB"/>
        </w:rPr>
        <w:t xml:space="preserve">y </w:t>
      </w:r>
      <w:r w:rsidRPr="00042B3F">
        <w:rPr>
          <w:rFonts w:eastAsia="Times New Roman" w:cs="Segoe UI"/>
          <w:lang w:val="cy-GB" w:eastAsia="en-GB"/>
        </w:rPr>
        <w:t>bo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n berthnasol, y slip rhwygo yn cael eu dychwelyd 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Dderbynfa/Arweinydd Tîm.</w:t>
      </w:r>
    </w:p>
    <w:p w14:paraId="56F85A93" w14:textId="45FBD627" w:rsidR="00840266" w:rsidRPr="00042B3F" w:rsidRDefault="00D066AB" w:rsidP="00840266">
      <w:pPr>
        <w:pStyle w:val="ListParagraph"/>
        <w:numPr>
          <w:ilvl w:val="0"/>
          <w:numId w:val="32"/>
        </w:numPr>
        <w:spacing w:after="0" w:line="300" w:lineRule="atLeast"/>
        <w:rPr>
          <w:rFonts w:eastAsia="Times New Roman" w:cs="Segoe UI"/>
          <w:lang w:val="cy-GB" w:eastAsia="en-GB"/>
        </w:rPr>
      </w:pPr>
      <w:r w:rsidRPr="00042B3F">
        <w:rPr>
          <w:rFonts w:eastAsia="Times New Roman" w:cs="Segoe UI"/>
          <w:lang w:val="cy-GB" w:eastAsia="en-GB"/>
        </w:rPr>
        <w:t>Mae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>r Technegydd yn cofnodi</w:t>
      </w:r>
      <w:r w:rsidR="00914586">
        <w:rPr>
          <w:rFonts w:eastAsia="Times New Roman" w:cs="Segoe UI"/>
          <w:lang w:val="cy-GB" w:eastAsia="en-GB"/>
        </w:rPr>
        <w:t>’</w:t>
      </w:r>
      <w:r w:rsidRPr="00042B3F">
        <w:rPr>
          <w:rFonts w:eastAsia="Times New Roman" w:cs="Segoe UI"/>
          <w:lang w:val="cy-GB" w:eastAsia="en-GB"/>
        </w:rPr>
        <w:t xml:space="preserve">r </w:t>
      </w:r>
      <w:r w:rsidR="00122FDE">
        <w:rPr>
          <w:rFonts w:eastAsia="Times New Roman" w:cs="Segoe UI"/>
          <w:lang w:val="cy-GB" w:eastAsia="en-GB"/>
        </w:rPr>
        <w:t xml:space="preserve">dasg ar </w:t>
      </w:r>
      <w:r w:rsidRPr="00042B3F">
        <w:rPr>
          <w:rFonts w:eastAsia="Times New Roman" w:cs="Segoe UI"/>
          <w:lang w:val="cy-GB" w:eastAsia="en-GB"/>
        </w:rPr>
        <w:t xml:space="preserve">System </w:t>
      </w:r>
      <w:r w:rsidR="00122FDE">
        <w:rPr>
          <w:rFonts w:eastAsia="Times New Roman" w:cs="Segoe UI"/>
          <w:lang w:val="cy-GB" w:eastAsia="en-GB"/>
        </w:rPr>
        <w:t>G</w:t>
      </w:r>
      <w:r w:rsidRPr="00042B3F">
        <w:rPr>
          <w:rFonts w:eastAsia="Times New Roman" w:cs="Segoe UI"/>
          <w:lang w:val="cy-GB" w:eastAsia="en-GB"/>
        </w:rPr>
        <w:t>ynnal a Chadw</w:t>
      </w:r>
      <w:r w:rsidR="00914586">
        <w:rPr>
          <w:rFonts w:eastAsia="Times New Roman" w:cs="Segoe UI"/>
          <w:lang w:val="cy-GB" w:eastAsia="en-GB"/>
        </w:rPr>
        <w:t>’</w:t>
      </w:r>
      <w:r w:rsidR="00122FDE">
        <w:rPr>
          <w:rFonts w:eastAsia="Times New Roman" w:cs="Segoe UI"/>
          <w:lang w:val="cy-GB" w:eastAsia="en-GB"/>
        </w:rPr>
        <w:t>r</w:t>
      </w:r>
      <w:r w:rsidRPr="00042B3F">
        <w:rPr>
          <w:rFonts w:eastAsia="Times New Roman" w:cs="Segoe UI"/>
          <w:lang w:val="cy-GB" w:eastAsia="en-GB"/>
        </w:rPr>
        <w:t xml:space="preserve"> Fflyd.</w:t>
      </w:r>
    </w:p>
    <w:p w14:paraId="10B79771" w14:textId="78DB55AB" w:rsidR="000E721D" w:rsidRPr="00386E83" w:rsidRDefault="000E721D" w:rsidP="00850D3A">
      <w:pPr>
        <w:jc w:val="both"/>
        <w:rPr>
          <w:lang w:val="cy-GB"/>
        </w:rPr>
      </w:pPr>
    </w:p>
    <w:sectPr w:rsidR="000E721D" w:rsidRPr="00386E8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C1931"/>
    <w:multiLevelType w:val="multilevel"/>
    <w:tmpl w:val="3704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8D1755"/>
    <w:multiLevelType w:val="multilevel"/>
    <w:tmpl w:val="A226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EC4E20"/>
    <w:multiLevelType w:val="multilevel"/>
    <w:tmpl w:val="C446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C25388"/>
    <w:multiLevelType w:val="hybridMultilevel"/>
    <w:tmpl w:val="B6E2B262"/>
    <w:lvl w:ilvl="0" w:tplc="24483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D8F3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840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FA59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AADA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8858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C22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4C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12E7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573C26"/>
    <w:multiLevelType w:val="multilevel"/>
    <w:tmpl w:val="780A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B81B4E"/>
    <w:multiLevelType w:val="multilevel"/>
    <w:tmpl w:val="45DE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066E66"/>
    <w:multiLevelType w:val="multilevel"/>
    <w:tmpl w:val="FCD0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7602B2"/>
    <w:multiLevelType w:val="multilevel"/>
    <w:tmpl w:val="1D18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996115"/>
    <w:multiLevelType w:val="multilevel"/>
    <w:tmpl w:val="489C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7E4E32"/>
    <w:multiLevelType w:val="multilevel"/>
    <w:tmpl w:val="36B2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931EE"/>
    <w:multiLevelType w:val="multilevel"/>
    <w:tmpl w:val="8CE4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8A2750"/>
    <w:multiLevelType w:val="multilevel"/>
    <w:tmpl w:val="A582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86A7C"/>
    <w:multiLevelType w:val="multilevel"/>
    <w:tmpl w:val="EB74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7028E3"/>
    <w:multiLevelType w:val="multilevel"/>
    <w:tmpl w:val="85A8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875299"/>
    <w:multiLevelType w:val="hybridMultilevel"/>
    <w:tmpl w:val="0E368AF2"/>
    <w:lvl w:ilvl="0" w:tplc="6BA28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EE2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22B5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6C1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42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9CC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EBD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8B9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F5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520E5"/>
    <w:multiLevelType w:val="multilevel"/>
    <w:tmpl w:val="5CF0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A225E2"/>
    <w:multiLevelType w:val="multilevel"/>
    <w:tmpl w:val="F4CE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BF4183"/>
    <w:multiLevelType w:val="multilevel"/>
    <w:tmpl w:val="1890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BB7AAD"/>
    <w:multiLevelType w:val="hybridMultilevel"/>
    <w:tmpl w:val="42E01370"/>
    <w:lvl w:ilvl="0" w:tplc="D7E4F4D8">
      <w:start w:val="1"/>
      <w:numFmt w:val="decimal"/>
      <w:lvlText w:val="%1."/>
      <w:lvlJc w:val="left"/>
      <w:pPr>
        <w:ind w:left="720" w:hanging="360"/>
      </w:pPr>
    </w:lvl>
    <w:lvl w:ilvl="1" w:tplc="A84A97C2" w:tentative="1">
      <w:start w:val="1"/>
      <w:numFmt w:val="lowerLetter"/>
      <w:lvlText w:val="%2."/>
      <w:lvlJc w:val="left"/>
      <w:pPr>
        <w:ind w:left="1440" w:hanging="360"/>
      </w:pPr>
    </w:lvl>
    <w:lvl w:ilvl="2" w:tplc="66EE3C7C" w:tentative="1">
      <w:start w:val="1"/>
      <w:numFmt w:val="lowerRoman"/>
      <w:lvlText w:val="%3."/>
      <w:lvlJc w:val="right"/>
      <w:pPr>
        <w:ind w:left="2160" w:hanging="180"/>
      </w:pPr>
    </w:lvl>
    <w:lvl w:ilvl="3" w:tplc="CB422E7C" w:tentative="1">
      <w:start w:val="1"/>
      <w:numFmt w:val="decimal"/>
      <w:lvlText w:val="%4."/>
      <w:lvlJc w:val="left"/>
      <w:pPr>
        <w:ind w:left="2880" w:hanging="360"/>
      </w:pPr>
    </w:lvl>
    <w:lvl w:ilvl="4" w:tplc="B524C4B2" w:tentative="1">
      <w:start w:val="1"/>
      <w:numFmt w:val="lowerLetter"/>
      <w:lvlText w:val="%5."/>
      <w:lvlJc w:val="left"/>
      <w:pPr>
        <w:ind w:left="3600" w:hanging="360"/>
      </w:pPr>
    </w:lvl>
    <w:lvl w:ilvl="5" w:tplc="5AE0C386" w:tentative="1">
      <w:start w:val="1"/>
      <w:numFmt w:val="lowerRoman"/>
      <w:lvlText w:val="%6."/>
      <w:lvlJc w:val="right"/>
      <w:pPr>
        <w:ind w:left="4320" w:hanging="180"/>
      </w:pPr>
    </w:lvl>
    <w:lvl w:ilvl="6" w:tplc="9C223DB8" w:tentative="1">
      <w:start w:val="1"/>
      <w:numFmt w:val="decimal"/>
      <w:lvlText w:val="%7."/>
      <w:lvlJc w:val="left"/>
      <w:pPr>
        <w:ind w:left="5040" w:hanging="360"/>
      </w:pPr>
    </w:lvl>
    <w:lvl w:ilvl="7" w:tplc="37E83FBE" w:tentative="1">
      <w:start w:val="1"/>
      <w:numFmt w:val="lowerLetter"/>
      <w:lvlText w:val="%8."/>
      <w:lvlJc w:val="left"/>
      <w:pPr>
        <w:ind w:left="5760" w:hanging="360"/>
      </w:pPr>
    </w:lvl>
    <w:lvl w:ilvl="8" w:tplc="E0E8BF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A211D"/>
    <w:multiLevelType w:val="multilevel"/>
    <w:tmpl w:val="03CC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1E1BB8"/>
    <w:multiLevelType w:val="multilevel"/>
    <w:tmpl w:val="1142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CF6C98"/>
    <w:multiLevelType w:val="multilevel"/>
    <w:tmpl w:val="92B2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0C19A4"/>
    <w:multiLevelType w:val="multilevel"/>
    <w:tmpl w:val="B2B0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877682">
    <w:abstractNumId w:val="8"/>
  </w:num>
  <w:num w:numId="2" w16cid:durableId="1895118567">
    <w:abstractNumId w:val="6"/>
  </w:num>
  <w:num w:numId="3" w16cid:durableId="101339346">
    <w:abstractNumId w:val="5"/>
  </w:num>
  <w:num w:numId="4" w16cid:durableId="1947230027">
    <w:abstractNumId w:val="4"/>
  </w:num>
  <w:num w:numId="5" w16cid:durableId="621612447">
    <w:abstractNumId w:val="7"/>
  </w:num>
  <w:num w:numId="6" w16cid:durableId="511257873">
    <w:abstractNumId w:val="3"/>
  </w:num>
  <w:num w:numId="7" w16cid:durableId="942884709">
    <w:abstractNumId w:val="2"/>
  </w:num>
  <w:num w:numId="8" w16cid:durableId="676422815">
    <w:abstractNumId w:val="1"/>
  </w:num>
  <w:num w:numId="9" w16cid:durableId="1005009422">
    <w:abstractNumId w:val="0"/>
  </w:num>
  <w:num w:numId="10" w16cid:durableId="431634696">
    <w:abstractNumId w:val="18"/>
  </w:num>
  <w:num w:numId="11" w16cid:durableId="94402062">
    <w:abstractNumId w:val="21"/>
  </w:num>
  <w:num w:numId="12" w16cid:durableId="282156530">
    <w:abstractNumId w:val="29"/>
  </w:num>
  <w:num w:numId="13" w16cid:durableId="410926417">
    <w:abstractNumId w:val="25"/>
  </w:num>
  <w:num w:numId="14" w16cid:durableId="1352534824">
    <w:abstractNumId w:val="23"/>
  </w:num>
  <w:num w:numId="15" w16cid:durableId="2078243505">
    <w:abstractNumId w:val="16"/>
  </w:num>
  <w:num w:numId="16" w16cid:durableId="1918516407">
    <w:abstractNumId w:val="17"/>
  </w:num>
  <w:num w:numId="17" w16cid:durableId="1309549062">
    <w:abstractNumId w:val="10"/>
  </w:num>
  <w:num w:numId="18" w16cid:durableId="2145854816">
    <w:abstractNumId w:val="24"/>
  </w:num>
  <w:num w:numId="19" w16cid:durableId="953710373">
    <w:abstractNumId w:val="31"/>
  </w:num>
  <w:num w:numId="20" w16cid:durableId="1642418522">
    <w:abstractNumId w:val="20"/>
  </w:num>
  <w:num w:numId="21" w16cid:durableId="2038190109">
    <w:abstractNumId w:val="22"/>
  </w:num>
  <w:num w:numId="22" w16cid:durableId="1220432909">
    <w:abstractNumId w:val="19"/>
  </w:num>
  <w:num w:numId="23" w16cid:durableId="944533845">
    <w:abstractNumId w:val="13"/>
  </w:num>
  <w:num w:numId="24" w16cid:durableId="31274207">
    <w:abstractNumId w:val="9"/>
  </w:num>
  <w:num w:numId="25" w16cid:durableId="1537355694">
    <w:abstractNumId w:val="28"/>
  </w:num>
  <w:num w:numId="26" w16cid:durableId="763570017">
    <w:abstractNumId w:val="30"/>
  </w:num>
  <w:num w:numId="27" w16cid:durableId="2095515478">
    <w:abstractNumId w:val="11"/>
  </w:num>
  <w:num w:numId="28" w16cid:durableId="1098407944">
    <w:abstractNumId w:val="26"/>
  </w:num>
  <w:num w:numId="29" w16cid:durableId="1963530780">
    <w:abstractNumId w:val="15"/>
  </w:num>
  <w:num w:numId="30" w16cid:durableId="565530932">
    <w:abstractNumId w:val="14"/>
  </w:num>
  <w:num w:numId="31" w16cid:durableId="20712313">
    <w:abstractNumId w:val="12"/>
  </w:num>
  <w:num w:numId="32" w16cid:durableId="32566620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530"/>
    <w:rsid w:val="00001F7F"/>
    <w:rsid w:val="00010387"/>
    <w:rsid w:val="000120EB"/>
    <w:rsid w:val="000162DF"/>
    <w:rsid w:val="00034616"/>
    <w:rsid w:val="00042B3F"/>
    <w:rsid w:val="0006063C"/>
    <w:rsid w:val="000A1441"/>
    <w:rsid w:val="000B5D2E"/>
    <w:rsid w:val="000D38B4"/>
    <w:rsid w:val="000E32BE"/>
    <w:rsid w:val="000E721D"/>
    <w:rsid w:val="000F145C"/>
    <w:rsid w:val="000F5180"/>
    <w:rsid w:val="00120AAB"/>
    <w:rsid w:val="00122FDE"/>
    <w:rsid w:val="00131E7F"/>
    <w:rsid w:val="001325FC"/>
    <w:rsid w:val="0015074B"/>
    <w:rsid w:val="001556CA"/>
    <w:rsid w:val="00160814"/>
    <w:rsid w:val="00163CA2"/>
    <w:rsid w:val="001703FE"/>
    <w:rsid w:val="00176FAD"/>
    <w:rsid w:val="00186493"/>
    <w:rsid w:val="00192FA8"/>
    <w:rsid w:val="00194579"/>
    <w:rsid w:val="001A36FF"/>
    <w:rsid w:val="001B244F"/>
    <w:rsid w:val="001C1DFE"/>
    <w:rsid w:val="001C6008"/>
    <w:rsid w:val="001C6689"/>
    <w:rsid w:val="001D5FC6"/>
    <w:rsid w:val="001D6E2C"/>
    <w:rsid w:val="001E00EF"/>
    <w:rsid w:val="001E1B45"/>
    <w:rsid w:val="001F69E6"/>
    <w:rsid w:val="001F7A14"/>
    <w:rsid w:val="001F7E22"/>
    <w:rsid w:val="002003AF"/>
    <w:rsid w:val="00202714"/>
    <w:rsid w:val="00226AC5"/>
    <w:rsid w:val="00233BED"/>
    <w:rsid w:val="00236C2A"/>
    <w:rsid w:val="002546D4"/>
    <w:rsid w:val="00263CBC"/>
    <w:rsid w:val="00280754"/>
    <w:rsid w:val="00280C8D"/>
    <w:rsid w:val="002834CB"/>
    <w:rsid w:val="00291C92"/>
    <w:rsid w:val="0029639D"/>
    <w:rsid w:val="002D0E46"/>
    <w:rsid w:val="002D0FFC"/>
    <w:rsid w:val="002D58E5"/>
    <w:rsid w:val="003009D7"/>
    <w:rsid w:val="003123D2"/>
    <w:rsid w:val="003217F3"/>
    <w:rsid w:val="00326F90"/>
    <w:rsid w:val="00333A23"/>
    <w:rsid w:val="00341E06"/>
    <w:rsid w:val="00386E83"/>
    <w:rsid w:val="003B0F30"/>
    <w:rsid w:val="003B58E9"/>
    <w:rsid w:val="004007E4"/>
    <w:rsid w:val="0040173E"/>
    <w:rsid w:val="004118F8"/>
    <w:rsid w:val="00442EC5"/>
    <w:rsid w:val="00482FC6"/>
    <w:rsid w:val="004A2512"/>
    <w:rsid w:val="004A592D"/>
    <w:rsid w:val="004D704A"/>
    <w:rsid w:val="004E1974"/>
    <w:rsid w:val="004E6C96"/>
    <w:rsid w:val="0051309A"/>
    <w:rsid w:val="005201FA"/>
    <w:rsid w:val="00553E0E"/>
    <w:rsid w:val="00555200"/>
    <w:rsid w:val="00571639"/>
    <w:rsid w:val="00595008"/>
    <w:rsid w:val="00595D3B"/>
    <w:rsid w:val="005C2487"/>
    <w:rsid w:val="006003E5"/>
    <w:rsid w:val="006047CF"/>
    <w:rsid w:val="00610DE0"/>
    <w:rsid w:val="00611B2D"/>
    <w:rsid w:val="0061276B"/>
    <w:rsid w:val="00620807"/>
    <w:rsid w:val="00621271"/>
    <w:rsid w:val="0062626A"/>
    <w:rsid w:val="0062678A"/>
    <w:rsid w:val="006325F7"/>
    <w:rsid w:val="006538C0"/>
    <w:rsid w:val="006E6C05"/>
    <w:rsid w:val="00700013"/>
    <w:rsid w:val="00720302"/>
    <w:rsid w:val="00726ECE"/>
    <w:rsid w:val="007341B3"/>
    <w:rsid w:val="00734461"/>
    <w:rsid w:val="00743263"/>
    <w:rsid w:val="00743BF6"/>
    <w:rsid w:val="00766799"/>
    <w:rsid w:val="007676DE"/>
    <w:rsid w:val="00767A98"/>
    <w:rsid w:val="00796E99"/>
    <w:rsid w:val="007C05C6"/>
    <w:rsid w:val="007C1147"/>
    <w:rsid w:val="007C1ADC"/>
    <w:rsid w:val="007F46B8"/>
    <w:rsid w:val="007F4FA2"/>
    <w:rsid w:val="008116CA"/>
    <w:rsid w:val="00815E19"/>
    <w:rsid w:val="0082114E"/>
    <w:rsid w:val="00840266"/>
    <w:rsid w:val="00850D3A"/>
    <w:rsid w:val="008539BD"/>
    <w:rsid w:val="00875792"/>
    <w:rsid w:val="008A38AE"/>
    <w:rsid w:val="008B1CA1"/>
    <w:rsid w:val="008B7AED"/>
    <w:rsid w:val="008C447F"/>
    <w:rsid w:val="008C5B9B"/>
    <w:rsid w:val="008D761D"/>
    <w:rsid w:val="008E5477"/>
    <w:rsid w:val="008F4460"/>
    <w:rsid w:val="00901FB1"/>
    <w:rsid w:val="0090385E"/>
    <w:rsid w:val="00911854"/>
    <w:rsid w:val="00914586"/>
    <w:rsid w:val="00915B7F"/>
    <w:rsid w:val="00936437"/>
    <w:rsid w:val="0094713D"/>
    <w:rsid w:val="00951D58"/>
    <w:rsid w:val="00972C55"/>
    <w:rsid w:val="009730C1"/>
    <w:rsid w:val="00987D51"/>
    <w:rsid w:val="00997EC1"/>
    <w:rsid w:val="009B6114"/>
    <w:rsid w:val="009C493D"/>
    <w:rsid w:val="009D4DA2"/>
    <w:rsid w:val="009D6988"/>
    <w:rsid w:val="009E6502"/>
    <w:rsid w:val="009F73A3"/>
    <w:rsid w:val="009F7DA2"/>
    <w:rsid w:val="00A05163"/>
    <w:rsid w:val="00A10285"/>
    <w:rsid w:val="00A24BE6"/>
    <w:rsid w:val="00A27B26"/>
    <w:rsid w:val="00A34A41"/>
    <w:rsid w:val="00A36717"/>
    <w:rsid w:val="00A45942"/>
    <w:rsid w:val="00A705F1"/>
    <w:rsid w:val="00A8328F"/>
    <w:rsid w:val="00A86363"/>
    <w:rsid w:val="00AA1D8D"/>
    <w:rsid w:val="00AA54A5"/>
    <w:rsid w:val="00AD14B1"/>
    <w:rsid w:val="00AF2DA2"/>
    <w:rsid w:val="00AF311A"/>
    <w:rsid w:val="00B16DA0"/>
    <w:rsid w:val="00B20C6A"/>
    <w:rsid w:val="00B46F9E"/>
    <w:rsid w:val="00B47730"/>
    <w:rsid w:val="00B778D6"/>
    <w:rsid w:val="00B928DC"/>
    <w:rsid w:val="00BA049A"/>
    <w:rsid w:val="00BA293F"/>
    <w:rsid w:val="00BD541D"/>
    <w:rsid w:val="00BE1C9D"/>
    <w:rsid w:val="00BE3A18"/>
    <w:rsid w:val="00BE4260"/>
    <w:rsid w:val="00BF6842"/>
    <w:rsid w:val="00C061A5"/>
    <w:rsid w:val="00C15820"/>
    <w:rsid w:val="00C201EC"/>
    <w:rsid w:val="00C65B34"/>
    <w:rsid w:val="00C9448C"/>
    <w:rsid w:val="00C94DD5"/>
    <w:rsid w:val="00CA377F"/>
    <w:rsid w:val="00CB0664"/>
    <w:rsid w:val="00CE25C7"/>
    <w:rsid w:val="00CE449D"/>
    <w:rsid w:val="00CE5CF1"/>
    <w:rsid w:val="00CF3A5E"/>
    <w:rsid w:val="00CF49A4"/>
    <w:rsid w:val="00D040BA"/>
    <w:rsid w:val="00D066AB"/>
    <w:rsid w:val="00D15703"/>
    <w:rsid w:val="00D33D80"/>
    <w:rsid w:val="00D5443B"/>
    <w:rsid w:val="00D57095"/>
    <w:rsid w:val="00DC54AD"/>
    <w:rsid w:val="00DD355A"/>
    <w:rsid w:val="00DE5E08"/>
    <w:rsid w:val="00DF03DC"/>
    <w:rsid w:val="00DF43FC"/>
    <w:rsid w:val="00E03207"/>
    <w:rsid w:val="00E1089D"/>
    <w:rsid w:val="00E10DF3"/>
    <w:rsid w:val="00E50662"/>
    <w:rsid w:val="00E60845"/>
    <w:rsid w:val="00E66B98"/>
    <w:rsid w:val="00E73DC6"/>
    <w:rsid w:val="00E7689E"/>
    <w:rsid w:val="00EF5DC4"/>
    <w:rsid w:val="00F24CBB"/>
    <w:rsid w:val="00F272BB"/>
    <w:rsid w:val="00F41020"/>
    <w:rsid w:val="00F42D62"/>
    <w:rsid w:val="00F64C73"/>
    <w:rsid w:val="00F8359E"/>
    <w:rsid w:val="00FC36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79FE5"/>
  <w14:defaultImageDpi w14:val="300"/>
  <w15:docId w15:val="{D487D543-7AEE-4F25-B578-D066BEEC8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33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9F7DA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CA3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7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181FEF-890C-406B-9214-F9D0942E1552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B382EE-366C-4B0A-A923-A79B9E1B35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928668-B8E1-488F-96EA-BB58C7D72240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dc:description>Cynhyrchwyd gan Python-DOCX</dc:description>
  <cp:lastModifiedBy>Helen Davies-Eynon</cp:lastModifiedBy>
  <cp:revision>39</cp:revision>
  <dcterms:created xsi:type="dcterms:W3CDTF">2026-09-09T09:55:00Z</dcterms:created>
  <dcterms:modified xsi:type="dcterms:W3CDTF">2026-10-15T09:00:00Z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